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Công nghệ cơ khí: Giới thiệu chung về cơ khí chế tạo; Chủ đề 2 – Vật liệu cơ khí; Chủ đề 3 – Các phương pháp gia công cơ khí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cơ khí: Giới thiệu chung về cơ khí chế tạo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cơ khí chế tạo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Ngành nghề trong lĩnh vực cơ khí chế tạo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Vật liệu cơ khí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Tổng quan về vật liệu cơ khí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Vật liệu kim loại và hợp kim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Vật liệu phi kim loại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Vật liệu mới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phương pháp gia công cơ khí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gia công cơ khí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phương pháp gia công cơ khí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cơ khí: Giới thiệu chung về cơ khí chế tạo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cơ khí chế tạo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vai trò, đặc điểm của cơ khí chế tạo.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quy trình chế tạo cơ khí.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vai trò của cơ khí chế tạo trong sản xuất, đời sống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Ngành nghề trong lĩnh vực cơ khí chế tạo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ngành nghề phổ biến trong lĩnh vực cơ khí chế tạo.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điểm, yêu cầu của các ngành nghề trong lĩnh vực cơ khí chế tạo.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các ngành nghề cơ khí chế tạo.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Vật liệu cơ khí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Tổng quan về vật liệu cơ khí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phân loại vật liệu cơ khí.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vật liệu phù hợp với yêu cầu sử dụng của một chi tiết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Vật liệu kim loại và hợp kim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thành phần, tính chất, ứng dụng của gang, thép, kim loại màu và hợp kim.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một số vật liệu kim loại và hợp kim thông dụng.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vật liệu kim loại dùng chế tạo một số chi tiết, sản phẩm quen thuộc.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Vật liệu phi kim loại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tính chất, ứng dụng của một số vật liệu phi kim loại: chất dẻo, cao su, gốm, vật liệu composite.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một số vật liệu phi kim loại thông dụng.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vật liệu phi kim loại phù hợp cho một sản phẩm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Vật liệu mới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vật liệu mới: vật liệu nano, vật liệu composite nền kim loại, vật liệu thông minh.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tính chất, ứng dụng của một số vật liệu mới.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phương pháp gia công cơ khí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gia công cơ khí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bản chất, vai trò của gia công cơ khí.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loại được các phương pháp gia công cơ khí (gia công không phoi, gia công có phoi).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phương pháp gia công dùng để tạo ra một số sản phẩm quen thuộc.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phương pháp gia công cơ khí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bản chất, ưu, nhược điểm của các phương pháp đúc, gia công áp lực, hàn, gia công cắt gọt.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quy trình của một số phương pháp gia công cơ khí.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phương pháp gia công phù hợp cho một chi tiết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smarttest.vn/vi/ma-tran-de-kiem-tra/lop-11/cong-nghe/giua-ki-1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cong-nghe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Công nghệ 11</dc:title>
  <dc:subject>Công nghệ 11 – Kết nối tri thức</dc:subject>
  <dc:creator>SmartTest</dc:creator>
  <cp:keywords>ma trận đề kiểm tra, bản đặc tả, công nghệ 11, giữa học kì i</cp:keywords>
  <dc:description/>
  <cp:lastModifiedBy>SmartTest</cp:lastModifiedBy>
  <cp:revision>1</cp:revision>
  <dcterms:created xsi:type="dcterms:W3CDTF">2026-10-30T05:28:19Z</dcterms:created>
  <dcterms:modified xsi:type="dcterms:W3CDTF">2026-10-30T05:28:19Z</dcterms:modified>
  <cp:category/>
</cp:coreProperties>
</file>