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Cân bằng hoá học; Chủ đề 2 – Nitrogen – sulfur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Cân bằng hoá học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về cân bằng hoá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Cân bằng trong dung dịch nước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Nitrogen – sulfur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Nitrogen; Ammonia. Muối ammonium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hợp chất của nitrogen với oxygen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Sulfur và sulfur dioxide; Sulfuric acid và muối sulfate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Cân bằng hoá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về cân bằng hoá học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phản ứng thuận nghịch, trạng thái cân bằng, hằng số cân bằng KC; nguyên lí chuyển dịch cân bằng Le Chatelier.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biểu thức KC; xác định chiều chuyển dịch cân bằng khi thay đổi nồng độ, nhiệt độ, áp suất.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hằng số cân bằng, nồng độ các chất ở trạng thái cân bằng; vận dụng nguyên lí Le Chatelier trong sản xuất.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Cân bằng trong dung dịch nước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sự điện li, chất điện li; acid – base theo Brønsted – Lowry; pH và chất chỉ thị acid – base.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pH của dung dịch acid mạnh, base mạnh; giải thích được ý nghĩa sự thuỷ phân của một số ion.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pH, chuẩn độ acid – base giải quyết tình huống thực tiễn (đất chua, xử lí nước).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Nitrogen – sulfur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Nitrogen; Ammonia. Muối ammonium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trạng thái tự nhiên, tính chất vật lí, ứng dụng của nitrogen, ammonia, muối ammonium.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tính trơ của nitrogen ở nhiệt độ thường; viết phương trình thể hiện tính base, tính khử của ammonia và tính chất của muối ammonium.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của ammonia, muối ammonium giải bài toán; giải thích quá trình Haber, cách sử dụng phân đạm.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hợp chất của nitrogen với oxygen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tính chất của một số oxide của nitrogen, nitric acid; hiện tượng mưa acid, phú dưỡng.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thể hiện tính acid, tính oxi hoá mạnh của nitric acid.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nguồn gốc, tác hại của NOx; đề xuất biện pháp giảm thiểu ô nhiễm.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Sulfur và sulfur dioxide; Sulfuric acid và muối sulfate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tính chất vật lí, ứng dụng của sulfur, sulfur dioxide, sulfuric acid, muối sulfate.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tính oxi hoá, tính khử của sulfur, SO2; tính acid, tính oxi hoá mạnh, tính háo nước của H2SO4 đặc; nhận biết ion sulfate.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của sulfuric acid, muối sulfate giải bài toán; xử lí tình huống an toàn hoá chất, mưa acid.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smarttest.vn/vi/ma-tran-de-kiem-tra/lop-11/hoa-hoc/giua-ki-1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hoa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Hóa học 11</dc:title>
  <dc:subject>Hóa học 11 – Kết nối tri thức</dc:subject>
  <dc:creator>SmartTest</dc:creator>
  <cp:keywords>ma trận đề kiểm tra, bản đặc tả, hóa học 11, giữa học kì 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