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GD KINH TẾ VÀ PHÁP LUẬT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Cạnh tranh, cung – cầu trong nền kinh tế thị trường; Chủ đề 2 – Lạm phát, thất nghiệp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Cạnh tranh, cung – cầu trong nền kinh tế thị trường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Cạnh tranh trong nền kinh tế thị trường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Cung – cầu trong nền kinh tế thị trường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Lạm phát, thất nghiệp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Lạm phát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Thất nghiệp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Cạnh tranh, cung – cầu trong nền kinh tế thị trường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Cạnh tranh trong nền kinh tế thị trường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cạnh tranh và nguyên nhân dẫn đến cạnh tranh.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vai trò của cạnh tranh trong nền kinh tế; nguyên nhân và hậu quả của cạnh tranh không lành mạnh.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Phê phán những biểu hiện cạnh tranh không lành mạnh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Cung – cầu trong nền kinh tế thị trường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cung, cầu và các nhân tố ảnh hưởng đến cung, cầu.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mối quan hệ và vai trò của quan hệ cung – cầu trong nền kinh tế.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ảnh hưởng của giá cả thị trường đến cung – cầu của một loại sản phẩm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Lạm phát, thất nghiệp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Lạm phát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lạm phát và các loại hình lạm phát.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nguyên nhân và hậu quả của lạm phát.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vai trò của Nhà nước trong kiểm soát, kiềm chế lạm phát; ủng hộ các chính sách của Nhà nước về kiềm chế lạm phát.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Thất nghiệp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thất nghiệp và các loại hình thất nghiệp.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nguyên nhân và hậu quả của thất nghiệp.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vai trò của Nhà nước trong kiểm soát, kiềm chế thất nghiệp; ủng hộ các chính sách giải quyết việc làm.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smarttest.vn/vi/ma-tran-de-kiem-tra/lop-11/kinh-te-phap-luat/giua-ki-1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kinh-te-phap-luat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Giáo dục kinh tế và pháp luật 11</dc:title>
  <dc:subject>Giáo dục kinh tế và pháp luật 11 – Kết nối tri thức</dc:subject>
  <dc:creator>SmartTest</dc:creator>
  <cp:keywords>ma trận đề kiểm tra, bản đặc tả, giáo dục kinh tế và pháp luật 11, giữa học kì i</cp:keywords>
  <dc:description/>
  <cp:lastModifiedBy>SmartTest</cp:lastModifiedBy>
  <cp:revision>1</cp:revision>
  <dcterms:created xsi:type="dcterms:W3CDTF">2026-10-30T05:28:18Z</dcterms:created>
  <dcterms:modified xsi:type="dcterms:W3CDTF">2026-10-30T05:28:18Z</dcterms:modified>
  <cp:category/>
</cp:coreProperties>
</file>