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LỊCH SỬ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Cách mạng tư sản và sự phát triển của chủ nghĩa tư bản; Chủ đề 2 – Chủ nghĩa xã hội từ năm 1917 đến nay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tư sản và sự phát triển của chủ nghĩa tư bản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chung về cách mạng tư sản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xác lập và phát triển của chủ nghĩa tư bản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Chủ nghĩa xã hội từ năm 1917 đến nay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Liên bang Cộng hoà xã hội chủ nghĩa Xô viết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Cách mạng tư sản và sự phát triển của chủ nghĩa tư bản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vấn đề chung về cách mạng tư sản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tiền đề kinh tế, chính trị, tư tưởng của các cuộc cách mạng tư sản.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mục tiêu, nhiệm vụ, giai cấp lãnh đạo, động lực, kết quả và ý nghĩa của các cuộc cách mạng tư sản.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các cuộc cách mạng tư sản tiêu biểu.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xác lập và phát triển của chủ nghĩa tư bản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quá trình xác lập chủ nghĩa tư bản ở châu Âu và Bắc Mỹ; sự hình thành chủ nghĩa đế quốc.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tiềm năng và hạn chế của chủ nghĩa tư bản hiện đại.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Nhận xét được tác động của chủ nghĩa tư bản đối với thế giới hiện nay.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Chủ nghĩa xã hội từ năm 1917 đến nay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Liên bang Cộng hoà xã hội chủ nghĩa Xô viết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những nét chính về sự ra đời của Liên bang Cộng hoà xã hội chủ nghĩa Xô viết.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những thành tựu và ý nghĩa của công cuộc xây dựng chủ nghĩa xã hội ở Liên Xô.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Đánh giá được ý nghĩa của sự ra đời Liên Xô đối với thế giới.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smarttest.vn/vi/ma-tran-de-kiem-tra/lop-11/lich-su/giua-ki-1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lich-su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Lịch sử 11</dc:title>
  <dc:subject>Lịch sử 11 – Kết nối tri thức</dc:subject>
  <dc:creator>SmartTest</dc:creator>
  <cp:keywords>ma trận đề kiểm tra, bản đặc tả, lịch sử 11, giữa học kì 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