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Trao đổi chất và chuyển hoá năng lượng ở sinh vật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Trao đổi chất và chuyển hoá năng lượng ở sinh vật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trao đổi chất và chuyển hoá năng lượng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Trao đổi nước và khoáng ở thực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Quang hợp ở thực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Hô hấp ở thực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Trao đổi chất và chuyển hoá năng lượng ở sinh vật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trao đổi chất và chuyển hoá năng lượng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trao đổi chất và chuyển hoá năng lượng; các phương thức trao đổi chất (tự dưỡng, dị dưỡng).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các giai đoạn chuyển hoá năng lượng trong sinh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mối quan hệ giữa trao đổi chất và chuyển hoá năng lượng ở cấp tế bào và cơ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Trao đổi nước và khoáng ở thực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nước, khoáng; cơ chế hấp thụ, vận chuyển nước và khoáng; thoát hơi nước; nguyên tố dinh dưỡng thiết yếu.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quá trình hấp thụ, vận chuyển, thoát hơi nước; nhận biết dấu hiệu thiếu khoáng.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việc tưới tiêu, bón phân hợp lí.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Quang hợp ở thực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vai trò của quang hợp; hệ sắc tố; các pha của quang hợp ở thực vật C3, C4, CAM.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các con đường cố định CO2; giải thích ảnh hưởng của các nhân tố ngoại cảnh đến quang hợp.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quang hợp giải thích các biện pháp tăng năng suất cây trồng.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Hô hấp ở thực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vai trò, các giai đoạn của hô hấp ở thực vật.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mối quan hệ giữa quang hợp và hô hấp; ảnh hưởng của nhân tố môi trường đến hô hấp.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hô hấp trong bảo quản nông sản.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smarttest.vn/vi/ma-tran-de-kiem-tra/lop-11/sinh-hoc/giua-ki-1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sinh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Sinh học 11</dc:title>
  <dc:subject>Sinh học 11 – Kết nối tri thức</dc:subject>
  <dc:creator>SmartTest</dc:creator>
  <cp:keywords>ma trận đề kiểm tra, bản đặc tả, sinh học 11, giữa học kì i</cp:keywords>
  <dc:description/>
  <cp:lastModifiedBy>SmartTest</cp:lastModifiedBy>
  <cp:revision>1</cp:revision>
  <dcterms:created xsi:type="dcterms:W3CDTF">2026-10-30T05:28:17Z</dcterms:created>
  <dcterms:modified xsi:type="dcterms:W3CDTF">2026-10-30T05:28:17Z</dcterms:modified>
  <cp:category/>
</cp:coreProperties>
</file>