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Công nghệ cơ khí: Giới thiệu chung về cơ khí động lực; Chủ đề 2 – Động cơ đốt trong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cơ khí: Giới thiệu chung về cơ khí động lực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cơ khí động lực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trong lĩnh vực cơ khí động lực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cơ đốt trong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cương về động cơ đốt trong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lí làm việc của động cơ đốt trong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cơ cấu trong động cơ đốt trong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hệ thống trong động cơ đốt trong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cơ khí: Giới thiệu chung về cơ khí động lực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cơ khí động lực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vai trò của cơ khí động lực; cấu tạo chung của máy động lực.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 bộ phận chính và mối liên hệ giữa chúng trong hệ thống cơ khí động lực.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một số máy, phương tiện động lực trong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Ngành nghề trong lĩnh vực cơ khí động lực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ngành nghề phổ biến trong lĩnh vực cơ khí động lực.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điểm, yêu cầu của các ngành nghề trong lĩnh vực cơ khí động lực.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các ngành nghề cơ khí động lực.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cơ đốt trong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Đại cương về động cơ đốt trong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phân loại và cấu tạo chung của động cơ đốt trong.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thuật ngữ cơ bản: điểm chết, hành trình piston, thể tích công tác, tỉ số nén.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một số thông số cơ bản của động cơ đốt trong.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lí làm việc của động cơ đốt trong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nguyên lí làm việc của động cơ 4 kì, động cơ 2 kì.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So sánh được nguyên lí làm việc của động cơ xăng và động cơ diesel, động cơ 4 kì và động cơ 2 kì.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số hiện tượng thực tế dựa trên nguyên lí làm việc của động cơ.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cơ cấu trong động cơ đốt trong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nhiệm vụ, cấu tạo của cơ cấu trục khuỷu thanh truyền và cơ cấu phân phối khí.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các cơ cấu trong động cơ đốt trong.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chi tiết của các cơ cấu trên động cơ thực tế hoặc mô hình.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hệ thống trong động cơ đốt trong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nhiệm vụ, cấu tạo của các hệ thống bôi trơn, làm mát, cung cấp nhiên liệu và không khí, đánh lửa, khởi động.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các hệ thống trong động cơ đốt trong.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sử dụng, bảo dưỡng động cơ đốt trong đúng kĩ thuật.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smarttest.vn/vi/ma-tran-de-kiem-tra/lop-11/cong-nghe/giua-ki-2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cong-nghe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Công nghệ 11</dc:title>
  <dc:subject>Công nghệ 11 – Kết nối tri thức</dc:subject>
  <dc:creator>SmartTest</dc:creator>
  <cp:keywords>ma trận đề kiểm tra, bản đặc tả, công nghệ 11, giữa học kì ii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