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HÓA HỌC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Hydrocarbon; Chủ đề 2 – Dẫn xuất halogen – alcohol – phenol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Hydrocarbon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Alkane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Hydrocarbon không no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Arene (Hydrocarbon thơm)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Dẫn xuất halogen – alcohol – phenol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Dẫn xuất halogen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Alcohol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Hydrocarbon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Alkane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đặc điểm cấu tạo, tính chất vật lí của alkane.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halogen, cracking, reforming, phản ứng cháy của alkane.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alkane giải bài toán đốt cháy; giải thích ứng dụng làm nhiên liệu và vấn đề ô nhiễm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Hydrocarbon không no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đồng phân cấu tạo, đồng phân hình học của alkene, alkyne.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cộng (quy tắc Markovnikov), trùng hợp, oxi hoá của alkene, alkyne; phản ứng của alk-1-yne với AgNO3/NH3.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hydrocarbon không no giải bài toán, nhận biết chất; giải thích ứng dụng.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Arene (Hydrocarbon thơm)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cấu tạo, danh pháp, tính chất vật lí và ứng dụng của arene.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(halogen hoá, nitro hoá), cộng, oxi hoá của benzene, toluene.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arene giải bài toán; đánh giá tác hại của arene đối với sức khoẻ, môi trường.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Dẫn xuất halogen – alcohol – phenol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Dẫn xuất halogen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danh pháp, tính chất vật lí của dẫn xuất halogen.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nguyên tử halogen, phản ứng tách hydrogen halide (quy tắc Zaitsev).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dẫn xuất halogen giải thích ứng dụng và tác hại (CFC, thuốc trừ sâu).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Alcohol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niệm, phân loại, danh pháp, tính chất vật lí của alcohol; ảnh hưởng của liên kết hydrogen.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Viết được phương trình phản ứng thế H của nhóm OH, tạo ether, tách nước, oxi hoá; nhận biết polyalcohol bằng Cu(OH)2.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tính chất alcohol giải bài toán; giải thích tác hại của rượu bia, methanol.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smarttest.vn/vi/ma-tran-de-kiem-tra/lop-11/hoa-hoc/giua-ki-2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hoa-hoc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ii Hóa học 11</dc:title>
  <dc:subject>Hóa học 11 – Kết nối tri thức</dc:subject>
  <dc:creator>SmartTest</dc:creator>
  <cp:keywords>ma trận đề kiểm tra, bản đặc tả, hóa học 11, giữa học kì ii</cp:keywords>
  <dc:description/>
  <cp:lastModifiedBy>SmartTest</cp:lastModifiedBy>
  <cp:revision>1</cp:revision>
  <dcterms:created xsi:type="dcterms:W3CDTF">2026-10-30T05:28:17Z</dcterms:created>
  <dcterms:modified xsi:type="dcterms:W3CDTF">2026-10-30T05:28:17Z</dcterms:modified>
  <cp:category/>
</cp:coreProperties>
</file>