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GIỮA HỌC KÌ II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GD KINH TẾ VÀ PHÁP LUẬT 11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Giữa học kì II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2 dạng thức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24 câu – 6 điểm (60%)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4 câu (16 ý) – 4 điểm (40%)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Quyền bình đẳng của công dân trước pháp luật; Chủ đề 2 – Một số quyền dân chủ cơ bản của công dân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7303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730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391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Quyền bình đẳng của công dân trước pháp luật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Quyền bình đẳng của công dân trước pháp luật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8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Bình đẳng giới trong các lĩnh vực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Quyền bình đẳng giữa các dân tộc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8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Quyền bình đẳng giữa các tôn giáo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8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Một số quyền dân chủ cơ bản của công dân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Quyền và nghĩa vụ của công dân trong tham gia quản lí nhà nước và xã hội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Quyền và nghĩa vụ của công dân về bầu cử và ứng cử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8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40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5725"/>
            <w:gridSpan w:val="8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7939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939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340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Quyền bình đẳng của công dân trước pháp luật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Quyền bình đẳng của công dân trước pháp luật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quy định của pháp luật về quyền bình đẳng của công dân về quyền, nghĩa vụ và trách nhiệm pháp lí.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ý nghĩa của quyền bình đẳng của công dân trước pháp luật.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Đánh giá được hành vi thực hiện hoặc vi phạm quyền bình đẳng của công dân trước pháp luật trong tình huống cụ thể.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Bình đẳng giới trong các lĩnh vực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quy định cơ bản của pháp luật về bình đẳng giới trong các lĩnh vực chính trị, kinh tế, lao động, giáo dục và đào tạo, gia đình.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ý nghĩa của bình đẳng giới đối với đời sống con người và xã hội.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Đánh giá được hành vi thực hiện hoặc vi phạm pháp luật về bình đẳng giới; thực hiện được quy định về bình đẳng giới phù hợp với lứa tuổi.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Quyền bình đẳng giữa các dân tộc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quy định cơ bản của pháp luật về quyền bình đẳng giữa các dân tộc trong các lĩnh vực chính trị, kinh tế, văn hoá, giáo dục.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ý nghĩa của quyền bình đẳng giữa các dân tộc.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Đánh giá được hành vi thực hiện hoặc vi phạm quyền bình đẳng giữa các dân tộc; phê phán hành vi kì thị, chia rẽ dân tộc.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Quyền bình đẳng giữa các tôn giáo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quy định cơ bản của pháp luật về quyền bình đẳng giữa các tôn giáo.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ý nghĩa của quyền bình đẳng giữa các tôn giáo.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Đánh giá được hành vi thực hiện hoặc vi phạm quyền bình đẳng giữa các tôn giáo; phê phán hành vi lợi dụng tôn giáo, phân biệt đối xử vì lí do tôn giáo.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Một số quyền dân chủ cơ bản của công dân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Quyền và nghĩa vụ của công dân trong tham gia quản lí nhà nước và xã hội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quy định cơ bản của pháp luật về quyền và nghĩa vụ của công dân trong tham gia quản lí nhà nước và xã hội.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hậu quả của hành vi vi phạm quyền và nghĩa vụ công dân trong tham gia quản lí nhà nước và xã hội.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Thực hiện được quyền và nghĩa vụ tham gia quản lí nhà nước và xã hội phù hợp với lứa tuổi; phê phán hành vi vi phạm.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Quyền và nghĩa vụ của công dân về bầu cử và ứng cử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quy định cơ bản của pháp luật về quyền và nghĩa vụ của công dân về bầu cử, ứng cử; các nguyên tắc bầu cử phổ thông, bình đẳng, trực tiếp, bỏ phiếu kín.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hậu quả của hành vi vi phạm quyền và nghĩa vụ công dân về bầu cử và ứng cử.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Đánh giá được hành vi thực hiện hoặc vi phạm quyền bầu cử, ứng cử trong tình huống cụ thể.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smarttest.vn/vi/ma-tran-de-kiem-tra/lop-11/kinh-te-phap-luat/giua-ki-2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1/kinh-te-phap-luat/giua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giữa học kì ii Giáo dục kinh tế và pháp luật 11</dc:title>
  <dc:subject>Giáo dục kinh tế và pháp luật 11 – Kết nối tri thức</dc:subject>
  <dc:creator>SmartTest</dc:creator>
  <cp:keywords>ma trận đề kiểm tra, bản đặc tả, giáo dục kinh tế và pháp luật 11, giữa học kì ii</cp:keywords>
  <dc:description/>
  <cp:lastModifiedBy>SmartTest</cp:lastModifiedBy>
  <cp:revision>1</cp:revision>
  <dcterms:created xsi:type="dcterms:W3CDTF">2026-10-30T05:28:18Z</dcterms:created>
  <dcterms:modified xsi:type="dcterms:W3CDTF">2026-10-30T05:28:18Z</dcterms:modified>
  <cp:category/>
</cp:coreProperties>
</file>