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Chiến tranh bảo vệ Tổ quốc và chiến tranh giải phóng dân tộc trong lịch sử Việt Nam (trước Cách mạng tháng Tám năm 1945)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Chiến tranh bảo vệ Tổ quốc và chiến tranh giải phóng dân tộc trong lịch sử Việt Nam (trước Cách mạng tháng Tám năm 1945)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chiến tranh bảo vệ Tổ quốc trong lịch sử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cuộc khởi nghĩa và chiến tranh giải phóng trong lịch sử Việt Nam (từ thế kỉ III trước Công nguyên đến cuối thế kỉ XIX)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Chiến tranh bảo vệ Tổ quốc và chiến tranh giải phóng dân tộc trong lịch sử Việt Nam (trước Cách mạng tháng Tám năm 1945)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chiến tranh bảo vệ Tổ quốc trong lịch sử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chiến lược của Việt Nam và các cuộc kháng chiến bảo vệ Tổ quốc tiêu biểu.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thắng lợi và nguyên nhân không thành công của một số cuộc kháng chiến chống xâm lược.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Rút ra được bài học lịch sử từ các cuộc kháng chiến bảo vệ Tổ quốc.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cuộc khởi nghĩa và chiến tranh giải phóng trong lịch sử Việt Nam (từ thế kỉ III trước Công nguyên đến cuối thế kỉ XIX)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của các cuộc khởi nghĩa tiêu biểu thời Bắc thuộc, khởi nghĩa Lam Sơn và phong trào Tây Sơn.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khởi nghĩa Lam Sơn và phong trào Tây Sơn.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các nhân vật lịch sử tiêu biểu trong các cuộc khởi nghĩa và chiến tranh giải phóng.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smarttest.vn/vi/ma-tran-de-kiem-tra/lop-11/lich-su/giua-ki-2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lich-su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11</dc:title>
  <dc:subject>Lịch sử 11 – Kết nối tri thức</dc:subject>
  <dc:creator>SmartTest</dc:creator>
  <cp:keywords>ma trận đề kiểm tra, bản đặc tả, lịch sử 11, giữa học kì ii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