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Nguyễn Du – “Những điều trông thấy mà đau đớn lòng”; Chủ đề 2 – Ghi chép và tưởng tượng trong kí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Nguyễn Du – “Những điều trông thấy mà đau đớn lòng” (truyện thơ Nôm (Truyện Kiều), thơ chữ Hán của Nguyễn Du); Ghi chép và tưởng tượng trong kí (tuỳ bút, tản văn, kí)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văn bản thuyết minh về một tác phẩm văn học hoặc Viết văn bản thuyết minh về một sự vật, hiện tượng trong đời sống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Nguyễn Du – “Những điều trông thấy mà đau đớn lòng” (truyện thơ Nôm (Truyện Kiều), thơ chữ Hán của Nguyễn Du); Ghi chép và tưởng tượng trong kí (tuỳ bút, tản văn, kí)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truyện thơ Nôm (Truyện Kiều), thơ chữ Hán của Nguyễn Du.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người kể chuyện, cảnh vật, con người, sự việc được ghi chép trong tuỳ bút, tản văn, kí.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Hiểu được cảm xúc, thái độ của người viết; phân tích được tác dụng của yếu tố tự sự, miêu tả, biểu cảm.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biện pháp tu từ lặp cấu trúc, biện pháp tu từ đối; một số hiện tượng phá vỡ những quy tắc ngôn ngữ thông thường: đặc điểm và tác dụng (tiếp theo)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Nêu được ấn tượng, suy nghĩ của bản thân về vẻ đẹp con người, cảnh vật được thể hiện trong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văn bản thuyết minh về một tác phẩm văn học hoặc Viết văn bản thuyết minh về một sự vật, hiện tượng trong đời sống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đối tượng thuyết minh; bảo đảm bố cục văn bản thuyết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thông tin chính xác, khách quan,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văn bản hoàn chỉnh, sử dụng phù hợp các phương tiện hỗ trợ và cách diễn đạt sinh động.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smarttest.vn/vi/ma-tran-de-kiem-tra/lop-11/ngu-van/giua-ki-2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ngu-v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Ngữ văn 11</dc:title>
  <dc:subject>Ngữ văn 11 – Kết nối tri thức</dc:subject>
  <dc:creator>SmartTest</dc:creator>
  <cp:keywords>ma trận đề kiểm tra, bản đặc tả, ngữ văn 11, giữa học kì ii</cp:keywords>
  <dc:description/>
  <cp:lastModifiedBy>SmartTest</cp:lastModifiedBy>
  <cp:revision>1</cp:revision>
  <dcterms:created xsi:type="dcterms:W3CDTF">2026-10-30T05:28:15Z</dcterms:created>
  <dcterms:modified xsi:type="dcterms:W3CDTF">2026-10-30T05:28:15Z</dcterms:modified>
  <cp:category/>
</cp:coreProperties>
</file>