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Cảm ứng ở sinh vật; Chủ đề 2 – Sinh trưởng và phát triển ở sinh vật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Cảm ứng ở sinh vật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cảm ứng ở sinh vật; Cảm ứng ở thực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Cảm ứng ở động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tính động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trưởng và phát triển ở sinh vật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sinh trưởng và phát triển ở sinh vật; Sinh trưởng và phát triển ở thực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Cảm ứng ở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cảm ứng ở sinh vật; Cảm ứng ở thực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cảm ứng; các hình thức cảm ứng ở thực vật (hướng động, ứng động).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hướng động và ứng động; giải thích cơ chế cảm ứng ở thực vật.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cảm ứng ở thực vật vào thực tiễn trồng trọt.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Cảm ứng ở động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các dạng hệ thần kinh; khái niệm phản xạ, điện thế nghỉ, điện thế hoạt động, synapse.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cơ chế lan truyền xung thần kinh, truyền tin qua synapse; phân biệt phản xạ có điều kiện và không điều kiện.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tác hại của chất gây nghiện; đề xuất biện pháp bảo vệ hệ thần kinh, giác quan.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tính động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trò, phân loại tập tính ở động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cơ chế hình thành tập tính; các hình thức học tập ở động vật.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tập tính trong chăn nuôi, bảo vệ động vật,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trưởng và phát triển ở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sinh trưởng và phát triển ở sinh vật; Sinh trưởng và phát triển ở thực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sinh trưởng, phát triển, vòng đời; mô phân sinh; các hormone thực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sinh trưởng sơ cấp và thứ cấp; giải thích vai trò của hormone, ánh sáng (phytochrome) đến sự ra hoa.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chất điều hoà sinh trưởng, bấm ngọn, tỉa cành trong trồng trọt.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smarttest.vn/vi/ma-tran-de-kiem-tra/lop-11/sinh-hoc/giua-ki-2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sinh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Sinh học 11</dc:title>
  <dc:subject>Sinh học 11 – Kết nối tri thức</dc:subject>
  <dc:creator>SmartTest</dc:creator>
  <cp:keywords>ma trận đề kiểm tra, bản đặc tả, sinh học 11, giữa học kì ii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