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40 câu – 10 điểm (100%)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9259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925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Preserving our heritage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Education options for school-leavers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statements, commands, and lists; intonation in Wh- and Yes/No questions (Units 6–7)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6–7)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6–7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925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6–7)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11369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3769"/>
            <w:gridSpan w:val="5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9640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964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9640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Preserving our heritage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bảo tồn di sản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mệnh đề động từ nguyên mẫu có to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"Preserving our heritage"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mệnh đề động từ nguyên mẫu có to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mệnh đề động từ nguyên mẫu có to cùng từ vựng chủ điểm "Preserving our heritage"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7: Education options for school-leavers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lựa chọn học tập sau khi tốt nghiệp phổ thông (Unit 7).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danh động từ hoàn thành và mệnh đề phân từ hoàn thành (Unit 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"Education options for school-leavers" trong ngữ cảnh (Unit 7).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danh động từ hoàn thành và mệnh đề phân từ hoàn thành trong ngữ cảnh (Unit 7).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danh động từ hoàn thành và mệnh đề phân từ hoàn thành cùng từ vựng chủ điểm "Education options for school-leavers" để hoàn thành câu, viết lại câu (Unit 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intonation in statements, commands, and lists; intonation in Wh- and Yes/No questions (Units 6–7)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ngữ điệu trong câu trần thuật, câu mệnh lệnh và khi liệt kê; ngữ điệu trong câu hỏi Wh- và Yes/No (Units 6–7).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bảo tồn di sản; lựa chọn học tập sau phổ thông.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cách phát âm và trọng âm của từ vựng đã học trong Units 6–7.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6–7)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bảo tồn di sản; lựa chọn học tập sau phổ thông (Units 6–7).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định giao tiếp, chọn được lời đáp phù hợp trong hội thoại ngắn về bảo tồn di sản; lựa chọn học tập sau phổ thông (Units 6–7).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6–7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bảo tồn di sản; lựa chọn học tập sau phổ thông (Units 6–7).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bảo tồn di sản; lựa chọn học tập sau phổ thông.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6–7.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6–7)</w:t>
            </w:r>
          </w:p>
        </w:tc>
        <w:tc>
          <w:tcPr>
            <w:tcW w:type="dxa" w:w="9640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mệnh đề động từ nguyên mẫu có to; danh động từ hoàn thành và mệnh đề phân từ hoàn thành (Units 6–7).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6–7.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bảo tồn di sản; lựa chọn học tập sau phổ thông.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smarttest.vn/vi/ma-tran-de-kiem-tra/lop-11/tieng-anh/giua-ki-2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eng-anh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Tiếng Anh 11</dc:title>
  <dc:subject>Tiếng Anh 11 – Kết nối tri thức</dc:subject>
  <dc:creator>SmartTest</dc:creator>
  <cp:keywords>ma trận đề kiểm tra, bản đặc tả, tiếng anh 11, giữa học kì ii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