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TOÁN 11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60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3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6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Giới hạn. Hàm số liên tục; Chủ đề 2 – Hàm số mũ và hàm số lôgarit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5347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534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5868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Giới hạn. Hàm số liên tục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Giới hạn của dãy số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Giới hạn của hàm số; Hàm số liên tục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Hàm số mũ và hàm số lôgarit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Luỹ thừa với số mũ thực; Lôgarit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Hàm số mũ và hàm số lôgarit; Phương trình, bất phương trình mũ và lôgarit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34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7681"/>
            <w:gridSpan w:val="11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62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6238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5103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Giới hạn. Hàm số liên tục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Giới hạn của dãy số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giới hạn của dãy số, tổng của cấp số nhân lùi vô hạn.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giới hạn của dãy số.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bài toán thực tiễn (số thập phân vô hạn tuần hoàn, quãng đường) bằng giới hạn.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Giới hạn của hàm số; Hàm số liên tục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giới hạn của hàm số, giới hạn một bên, giới hạn vô cực; định nghĩa hàm số liên tục.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giới hạn hàm số; xét tính liên tục của hàm số tại một điểm, trên một khoảng.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bài toán tìm tham số để hàm số liên tục; ứng dụng thực tiễn.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Hàm số mũ và hàm số lôgarit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Luỹ thừa với số mũ thực; Lôgarit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luỹ thừa với số mũ thực, lôgarit và tính chất.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Tính, rút gọn biểu thức luỹ thừa, lôgarit.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lôgarit giải bài toán thực tiễn (lãi suất, độ pH).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Hàm số mũ và hàm số lôgarit; Phương trình, bất phương trình mũ và lôgarit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hàm số mũ, hàm số lôgarit, đồ thị; dạng phương trình, bất phương trình mũ, lôgarit.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được phương trình, bất phương trình mũ và lôgarit đơn giản.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bài toán thực tiễn (tăng trưởng, phân rã) bằng mô hình mũ, lôgarit.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smarttest.vn/vi/ma-tran-de-kiem-tra/lop-11/toan/giua-ki-2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1/toan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Toán 11</dc:title>
  <dc:subject>Toán 11 – Kết nối tri thức</dc:subject>
  <dc:creator>SmartTest</dc:creator>
  <cp:keywords>ma trận đề kiểm tra, bản đặc tả, toán 11, giữa học kì ii</cp:keywords>
  <dc:description/>
  <cp:lastModifiedBy>SmartTest</cp:lastModifiedBy>
  <cp:revision>1</cp:revision>
  <dcterms:created xsi:type="dcterms:W3CDTF">2026-10-30T05:28:15Z</dcterms:created>
  <dcterms:modified xsi:type="dcterms:W3CDTF">2026-10-30T05:28:15Z</dcterms:modified>
  <cp:category/>
</cp:coreProperties>
</file>