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Điện trường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trường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Lực tương tác giữa hai điện tích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điện trường; Điện trường đều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năng điện; Điện thế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Tụ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Lực tương tác giữa hai điện tích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Phát biểu được định luật Coulomb; nêu được đơn vị điện tích.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và biểu diễn được lực tương tác giữa hai điện tích điểm.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lực tổng hợp tác dụng lên một điện tích trong hệ nhiều điện tích.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điện trường; Điện trường đều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điện trường, cường độ điện trường, đường sức điện; đặc điểm của điện trường đều.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cường độ điện trường của điện tích điểm và của điện trường đều E = U/d.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nguyên lí chồng chất điện trường; giải bài toán chuyển động của hạt mang điện trong điện trường đều.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năng điện; Điện thế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thế năng điện, điện thế, hiệu điện thế và đơn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công của lực điện, thế năng điện, hiệu điện thế giữa hai điểm.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mối liên hệ giữa công của lực điện và hiệu điện thế giải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Tụ điện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chức năng của tụ điện; định nghĩa điện dung và đơn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điện dung tương đương của bộ tụ ghép nối tiếp, song song; năng lượng của tụ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điện dung, năng lượng tụ điện giải bài toán về ứng dụng của tụ điện.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smarttest.vn/vi/ma-tran-de-kiem-tra/lop-11/vat-li/giua-ki-2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vat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Vật lí 11</dc:title>
  <dc:subject>Vật lí 11 – Kết nối tri thức</dc:subject>
  <dc:creator>SmartTest</dc:creator>
  <cp:keywords>ma trận đề kiểm tra, bản đặc tả, vật lí 11, giữa học kì ii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