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Công nghệ điện – điện tử: Giới thiệu chung về kĩ thuật điện; Chủ đề 2 – Hệ thống điện quốc gia; Chủ đề 3 – Hệ thống điện trong gia đình; Chủ đề 4 – An toàn và tiết kiệm điện năng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điện – điện tử: Giới thiệu chung về kĩ thuật điện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tổng quan về kĩ thuật điện; Ngành nghề trong lĩnh vực kĩ thuật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thống điện quốc gia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Mạch điện xoay chiều ba pha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điện quốc gia; Sản xuất điện năng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điện sản xuất quy mô nhỏ; Mạng điện hạ áp dùng trong sinh hoạt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thống điện trong gia đình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điện trong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bị điện trong hệ thống điện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kế và lắp đặt mạch điện điều khiển trong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An toàn và tiết kiệm điện năng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toàn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Tiết kiệm điện năng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điện – điện tử: Giới thiệu chung về kĩ thuật điện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tổng quan về kĩ thuật điện; Ngành nghề trong lĩnh vực kĩ thuật điện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vai trò của kĩ thuật điện trong sản xuất và đời sống.</w:t>
            </w:r>
          </w:p>
          <w:p>
            <w:pPr>
              <w:spacing w:after="0"/>
            </w:pPr>
            <w:r>
              <w:rPr>
                <w:sz w:val="18"/>
              </w:rPr>
              <w:t>- Biết được yêu cầu về trình độ và năng lực của các ngành nghề trong lĩnh vực kĩ thuật điện.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ứng dụng của kĩ thuật điện trong thực tế.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các ngành nghề trong lĩnh vực kĩ thuật điện.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thống điện quốc gia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Mạch điện xoay chiều ba pha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Biết khái niệm, nguyên lí tạo dòng điện xoay chiều ba pha; sơ đồ các mạch điện ba pha.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cách nối nguồn, tải ba pha.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thông số hiệu dụng của mạch điện ba pha đối xứng; cách nối nguồn, tải.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điện quốc gia; Sản xuất điện năng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Nắm được cấu trúc chung và vai trò các thành phần của hệ thống điện quốc gia.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hoạt động của nhà máy thủy điện, nhiệt điện, điện hạt nhân, điện gió.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cấp điện áp, thành phần lưới điện; xác định thành phần trong sơ đồ.</w:t>
            </w:r>
          </w:p>
          <w:p>
            <w:pPr>
              <w:spacing w:after="0"/>
            </w:pPr>
            <w:r>
              <w:rPr>
                <w:sz w:val="18"/>
              </w:rPr>
              <w:t>- Xác định phương pháp sản xuất điện năng chủ yếu; ưu, nhược điểm.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một sơ đồ hệ thống điện cụ thể.</w:t>
            </w:r>
          </w:p>
          <w:p>
            <w:pPr>
              <w:spacing w:after="0"/>
            </w:pPr>
            <w:r>
              <w:rPr>
                <w:sz w:val="18"/>
              </w:rPr>
              <w:t>- Phân tích lựa chọn phương pháp sản xuất điện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Mạng điện sản xuất quy mô nhỏ; Mạng điện hạ áp dùng trong sinh hoạt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cấu trúc, vai trò của mạng điện sản xuất quy mô nhỏ.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cấu trúc của mạng điện hạ áp dùng trong sinh hoạt.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chức năng các thành phần chính của mạng điện sản xuất quy mô nhỏ.</w:t>
            </w:r>
          </w:p>
          <w:p>
            <w:pPr>
              <w:spacing w:after="0"/>
            </w:pPr>
            <w:r>
              <w:rPr>
                <w:sz w:val="18"/>
              </w:rPr>
              <w:t>- Mô tả được chức năng các thành phần của mạng điện hạ áp dùng trong sinh hoạt.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mạng điện sản xuất quy mô nhỏ.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các thành phần của mạng điện hạ áp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thống điện trong gia đình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điện trong gia đình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cấu trúc chung của hệ thống điện trong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chức năng các thành phần trong hệ thống điện gia đình.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hệ thống điện trong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bị điện trong hệ thống điện gia đình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tên, nêu được công dụng của các thiết bị đóng cắt, bảo vệ, lấy điện, đo lường điện trong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thông số kĩ thuật và nguyên lí làm việc của một số thiết bị điện.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thiết bị điện phù hợp cho hệ thống điện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kế và lắp đặt mạch điện điều khiển trong gia đình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thiết kế, lắp đặt mạch điện điều khiển trong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mạch điện điều khiển đơn giản trong gia đình.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Thiết kế được mạch điện điều khiển đơn giản trong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An toàn và tiết kiệm điện năng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toàn điện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gây tai nạn điện và các biện pháp an toàn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các thiết bị, biện pháp bảo vệ an toàn điện.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Xử lí được tình huống có nguy cơ mất an toàn điện; sơ cứu người bị tai nạn điện đúng trình tự.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Tiết kiệm điện năng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và các biện pháp tiết kiệm điện năng.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các biện pháp tiết kiệm điện năng.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biện pháp sử dụng điện tiết kiệm, hiệu quả trong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smarttest.vn/vi/ma-tran-de-kiem-tra/lop-12/cong-nghe/cuoi-ki-1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cong-nghe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Công nghệ 12</dc:title>
  <dc:subject>Công nghệ 12 – Kết nối tri thức</dc:subject>
  <dc:creator>SmartTest</dc:creator>
  <cp:keywords>ma trận đề kiểm tra, bản đặc tả, công nghệ 12, cuối học kì i</cp:keywords>
  <dc:description/>
  <cp:lastModifiedBy>SmartTest</cp:lastModifiedBy>
  <cp:revision>1</cp:revision>
  <dcterms:created xsi:type="dcterms:W3CDTF">2026-10-30T05:28:24Z</dcterms:created>
  <dcterms:modified xsi:type="dcterms:W3CDTF">2026-10-30T05:28:24Z</dcterms:modified>
  <cp:category/>
</cp:coreProperties>
</file>