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HÓA HỌC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Ester – lipid; Chủ đề 2 – Carbohydrate; Chủ đề 3 – Hợp chất chứa nitrogen; Chủ đề 4 – Polymer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Ester – lipid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Ester – Lipid; Xà phòng và chất giặt rửa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Carbohydrate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carbohydrate. Glucose và fructose; Saccharose và maltose; Tinh bột và cellulose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Hợp chất chứa nitrogen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Amine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Amino acid và peptide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Protein và enzyme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Polymer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cương về polymer; Vật liệu polymer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Ester – lipid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Ester – Lipid; Xà phòng và chất giặt rửa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danh pháp, tính chất vật lí của ester; khái niệm lipid, chất béo, acid béo.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đặc điểm cấu tạo của xà phòng, chất giặt rửa tự nhiên và tổng hợp.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thuỷ phân ester trong môi trường acid, base; phản ứng hydrogen hoá chất béo lỏng.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cơ chế giặt rửa; phương pháp sản xuất xà phòng, chất giặt rửa tổng hợp.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ester, chất béo giải bài toán; giải thích ứng dụng trong đời sống.</w:t>
            </w:r>
          </w:p>
          <w:p>
            <w:pPr>
              <w:spacing w:after="0"/>
            </w:pPr>
            <w:r>
              <w:rPr>
                <w:sz w:val="18"/>
              </w:rPr>
              <w:t>- Sử dụng hợp lí, an toàn xà phòng, chất giặt rửa; tính khối lượng xà phòng thu được.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Carbohydrate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carbohydrate. Glucose và fructose; Saccharose và maltose; Tinh bột và cellulose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phân loại carbohydrate; trạng thái tự nhiên, tính chất vật lí, cấu tạo của glucose, fructose.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tính chất vật lí, trạng thái tự nhiên của saccharose, maltose.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tính chất vật lí, trạng thái tự nhiên của tinh bột, cellulose.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của glucose với Cu(OH)2, thuốc thử Tollens, nước bromine; phản ứng lên men.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với Cu(OH)2, phản ứng thuỷ phân; phân biệt saccharose và maltose.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thuỷ phân tinh bột, cellulose; phản ứng màu với iodine; phản ứng của cellulose với nitric acid.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glucose, fructose giải bài toán, nhận biết chất; nêu ứng dụng trong y học, thực phẩm.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saccharose giải bài toán; giải thích quy trình sản xuất đường.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tinh bột, cellulose giải bài toán hiệu suất; giải thích sự chuyển hoá tinh bột trong cơ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Hợp chất chứa nitrogen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Amine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phân loại, danh pháp, tính chất vật lí của amine.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thể hiện tính base của amine; phản ứng của aniline với nước bromine, của amine với nitrous acid.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amine giải bài toán; so sánh lực base, nhận biết amine.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Amino acid và peptide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cấu tạo, danh pháp của amino acid; khái niệm peptide, liên kết peptide.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tính lưỡng tính, phản ứng ester hoá, trùng ngưng, hiện tượng điện di của amino acid; phản ứng màu biuret, thuỷ phân peptide.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amino acid, peptide giải bài toán xác định công thức, khối lượng.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Protein và enzyme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cấu tạo, tính chất vật lí của protein; khái niệm, đặc điểm xúc tác của enzyme.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phản ứng thuỷ phân, đông tụ, phản ứng màu của protein; vai trò xúc tác của enzyme.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protein, enzyme giải thích hiện tượng trong đời sống (nấu ăn, bảo quản thực phẩm).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Polymer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cương về polymer; Vật liệu polymer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danh pháp, phân loại, cấu trúc polymer; khái niệm chất dẻo, tơ, cao su, keo dán, vật liệu composite.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trùng hợp, trùng ngưng tạo một số polymer; trình bày tính chất của polymer.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giải bài toán hệ số polymer hoá; sử dụng và xử lí rác thải vật liệu polymer an toàn.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smarttest.vn/vi/ma-tran-de-kiem-tra/lop-12/hoa-hoc/cuoi-ki-1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hoa-hoc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Hóa học 12</dc:title>
  <dc:subject>Hóa học 12 – Kết nối tri thức</dc:subject>
  <dc:creator>SmartTest</dc:creator>
  <cp:keywords>ma trận đề kiểm tra, bản đặc tả, hóa học 12, cuối học kì i</cp:keywords>
  <dc:description/>
  <cp:lastModifiedBy>SmartTest</cp:lastModifiedBy>
  <cp:revision>1</cp:revision>
  <dcterms:created xsi:type="dcterms:W3CDTF">2026-10-30T05:28:21Z</dcterms:created>
  <dcterms:modified xsi:type="dcterms:W3CDTF">2026-10-30T05:28:21Z</dcterms:modified>
  <cp:category/>
</cp:coreProperties>
</file>