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 KINH TẾ VÀ PHÁP LUẬT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Tăng trưởng và phát triển kinh tế; Chủ đề 2 – Hội nhập kinh tế quốc tế; Chủ đề 3 – Bảo hiểm và an sinh xã hội; Chủ đề 4 – Lập kế hoạch kinh doanh; Chủ đề 5 – Trách nhiệm xã hội của doanh nghiệp; Chủ đề 6 – Quản lí thu, chi trong gia đình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Tăng trưởng và phát triển kinh tế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Tăng trưởng và phát triển kinh tế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Hội nhập kinh tế quốc tế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Hội nhập kinh tế quốc tế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Bảo hiểm và an sinh xã hội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Bảo hiểm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An sinh xã hội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Lập kế hoạch kinh doanh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Lập kế hoạch kinh doanh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Trách nhiệm xã hội của doanh nghiệp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Trách nhiệm xã hội của doanh nghiệp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Quản lí thu, chi trong gia đình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Quản lí thu, chi trong gia đình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Tăng trưởng và phát triển kinh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Tăng trưởng và phát triển kinh tế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tăng trưởng kinh tế, phát triển kinh tế và các chỉ tiêu đánh giá (GDP, GNI, GDP/người, GNI/người, cơ cấu kinh tế, HDI).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vai trò của tăng trưởng và phát triển kinh tế; mối quan hệ giữa tăng trưởng kinh tế và phát triển bền vững.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các hoạt động góp phần thực hiện phát triển bền vững trong tình huống cụ thể; ủng hộ chủ trương phát triển bền vững.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Hội nhập kinh tế quốc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Hội nhập kinh tế quốc tế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hội nhập kinh tế quốc tế và các hình thức hội nhập kinh tế quốc tế (song phương, khu vực, toàn cầu).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Bảo hiểm và an sinh xã hội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Bảo hiểm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các loại hình bảo hiểm: bảo hiểm xã hội, bảo hiểm y tế, bảo hiểm thất nghiệp, bảo hiểm thương mại.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bảo hiểm đối với cá nhân, gia đình và xã hội.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loại hình bảo hiểm phù hợp với bản thân, gia đình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An sinh xã hội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an sinh xã hội và các chính sách an sinh xã hội cơ bản ở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Lập kế hoạch kinh doanh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Lập kế hoạch kinh doanh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ý nghĩa và các nội dung của kế hoạch kinh doanh.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 bước lập kế hoạch kinh doanh.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Lập được kế hoạch kinh doanh cho một ý tưởng kinh doanh đơn giản; đánh giá được kế hoạch kinh doanh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Trách nhiệm xã hội của doanh nghiệp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Trách nhiệm xã hội của doanh nghiệp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các hình thức thực hiện trách nhiệm xã hội của doanh nghiệp: kinh tế, pháp lí, đạo đức, nhân văn.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trò, ý nghĩa của việc thực hiện trách nhiệm xã hội của doanh nghiệp.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việc thực hiện trách nhiệm xã hội của doanh nghiệp trong tình huống cụ thể; phê phán hành vi vi phạm.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Quản lí thu, chi trong gia đình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Quản lí thu, chi trong gia đình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vai trò của quản lí thu, chi trong gia đình; các khoản thu, chi cơ bản.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quản lí thu, chi trong gia đình.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Lập được kế hoạch thu, chi cho gia đình; tham gia quản lí thu, chi phù hợp với lứa tuổi.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smarttest.vn/vi/ma-tran-de-kiem-tra/lop-12/kinh-te-phap-luat/cuoi-ki-1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kinh-te-phap-luat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Giáo dục kinh tế và pháp luật 12</dc:title>
  <dc:subject>Giáo dục kinh tế và pháp luật 12 – Kết nối tri thức</dc:subject>
  <dc:creator>SmartTest</dc:creator>
  <cp:keywords>ma trận đề kiểm tra, bản đặc tả, giáo dục kinh tế và pháp luật 12, cuối học kì i</cp:keywords>
  <dc:description/>
  <cp:lastModifiedBy>SmartTest</cp:lastModifiedBy>
  <cp:revision>1</cp:revision>
  <dcterms:created xsi:type="dcterms:W3CDTF">2026-10-30T05:28:23Z</dcterms:created>
  <dcterms:modified xsi:type="dcterms:W3CDTF">2026-10-30T05:28:23Z</dcterms:modified>
  <cp:category/>
</cp:coreProperties>
</file>