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Khả năng lớn lao của tiểu thuyết; Chủ đề 2 – Những thế giới thơ; Chủ đề 3 – Lập luận trong văn bản nghị luận; Chủ đề 4 – Yếu tố kì ảo trong truyện kể; Chủ đề 5 – Tiếng cười của hài kịch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Lập luận trong văn bản nghị luận (văn bản nghị luận); Yếu tố kì ảo trong truyện kể (truyện có yếu tố kì ảo); Tiếng cười của hài kịch (hài kịch)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liên quan đến tuổi trẻ (những hoài bão, ước mơ) hoặc Viết bài văn nghị luận về việc vay mượn – cải biến – sáng tạo trong một tác phẩm văn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 Bài kiểm tra cuối kì đánh giá cả học kì; ngữ liệu đọc hiểu và đề viết ưu tiên các bài học sau kiểm tra giữa kì.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Lập luận trong văn bản nghị luận (văn bản nghị luận); Yếu tố kì ảo trong truyện kể (truyện có yếu tố kì ảo); Tiếng cười của hài kịch (hài kịch)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vấn đề, ý kiến, lí lẽ và bằng chứng trong văn bản nghị luận.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có yếu tố kì ảo.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xung đột, hành động, lời thoại và nhân vật trong hài kịch.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Chỉ ra được mối quan hệ giữa ý kiến, lí lẽ và bằng chứng; hiểu được mục đích, quan điểm của người viết.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tính cách nhân vật thể hiện qua hành động, lời thoại; hiểu được chủ đề, thông điệp.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lỗi logic, lỗi câu mơ hồ và cách sửa; nghệ thuật sử dụng điển cố trong tác phẩm văn học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ý kiến của bản thân (đồng tình hoặc không) về vấn đề đặt ra trong văn bản và lí giải.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nghĩa, tác động của văn bản đối với quan niệm, cách nhìn của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liên quan đến tuổi trẻ (những hoài bão, ước mơ) hoặc Viết bài văn nghị luận về việc vay mượn – cải biến – sáng tạo trong một tác phẩm văn học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vấn đề cần bàn luận; bảo đảm bố cục bài văn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smarttest.vn/vi/ma-tran-de-kiem-tra/lop-12/ngu-van/cuoi-ki-1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ngu-v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Ngữ văn 12</dc:title>
  <dc:subject>Ngữ văn 12 – Kết nối tri thức</dc:subject>
  <dc:creator>SmartTest</dc:creator>
  <cp:keywords>ma trận đề kiểm tra, bản đặc tả, ngữ văn 12, cuối học kì i</cp:keywords>
  <dc:description/>
  <cp:lastModifiedBy>SmartTest</cp:lastModifiedBy>
  <cp:revision>1</cp:revision>
  <dcterms:created xsi:type="dcterms:W3CDTF">2026-10-30T05:28:20Z</dcterms:created>
  <dcterms:modified xsi:type="dcterms:W3CDTF">2026-10-30T05:28:20Z</dcterms:modified>
  <cp:category/>
</cp:coreProperties>
</file>