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Di truyền phân tử; Chủ đề 2 – Di truyền nhiễm sắc thể; Chủ đề 3 – Mở rộng học thuyết di truyền nhiễm sắc thể; Chủ đề 4 – Di truyền quần thể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phân tử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DNA và cơ chế tái bản DNA; Gene, quá trình truyền đạt thông tin di truyền và hệ gene; Điều hoà biểu hiện gene; Đột biến gene; Công nghệ di truyền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nhiễm sắc thể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và chức năng của nhiễm sắc thể; Học thuyết di truyền của Mendel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rộng học thuyết Mendel; Di truyền giới tính và di truyền liên kết với giới tính; Liên kết gene và hoán vị gene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Đột biến nhiễm sắc thể; Di truyền học người và di truyền y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rộng học thuyết di truyền nhiễm sắc thể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 truyền gene ngoài nhân; Tương tác giữa kiểu gene với môi trường và thành tựu chọn giống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quần thể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 truyền quần thể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phân tử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DNA và cơ chế tái bản DNA; Gene, quá trình truyền đạt thông tin di truyền và hệ gene; Điều hoà biểu hiện gene; Đột biến gene; Công nghệ di truyền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trúc, chức năng của DNA; cơ chế tái bản DNA; khái niệm gene, mã di truyền, hệ gene.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các dạng đột biến gene; tác nhân gây đột biến.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các bước của công nghệ DNA tái tổ hợp; sinh vật biến đổi gene.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quá trình phiên mã, dịch mã; mối quan hệ DNA – mRNA – protein.</w:t>
            </w:r>
          </w:p>
          <w:p>
            <w:pPr>
              <w:spacing w:after="0"/>
            </w:pPr>
            <w:r>
              <w:rPr>
                <w:sz w:val="18"/>
              </w:rPr>
              <w:t>- Giải thích cơ chế phát sinh và hậu quả của đột biến gene.</w:t>
            </w:r>
          </w:p>
          <w:p>
            <w:pPr>
              <w:spacing w:after="0"/>
            </w:pPr>
            <w:r>
              <w:rPr>
                <w:sz w:val="18"/>
              </w:rPr>
              <w:t>- Trình bày quy trình tạo sinh vật biến đổi gene; ứng dụng của công nghệ di truyền.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về cấu trúc DNA, tái bản, phiên mã, dịch mã.</w:t>
            </w:r>
          </w:p>
          <w:p>
            <w:pPr>
              <w:spacing w:after="0"/>
            </w:pPr>
            <w:r>
              <w:rPr>
                <w:sz w:val="18"/>
              </w:rPr>
              <w:t>- Xác định dạng đột biến gene và sự thay đổi của sản phẩm protein; giải thích vai trò của đột biến.</w:t>
            </w:r>
          </w:p>
          <w:p>
            <w:pPr>
              <w:spacing w:after="0"/>
            </w:pPr>
            <w:r>
              <w:rPr>
                <w:sz w:val="18"/>
              </w:rPr>
              <w:t>- Đánh giá lợi ích, rủi ro của sinh vật biến đổi gene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nhiễm sắc thể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và chức năng của nhiễm sắc thể; Học thuyết di truyền của Mendel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trúc, chức năng của nhiễm sắc thể; phương pháp nghiên cứu, nội dung quy luật phân li, phân li độc lập của Mendel.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nhiễm sắc thể là vật chất di truyền cấp tế bào; cơ sở tế bào học của các quy luật Mendel.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lai một, hai cặp tính trạng; xác định tỉ lệ kiểu gene, kiểu hình.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rộng học thuyết Mendel; Di truyền giới tính và di truyền liên kết với giới tính; Liên kết gene và hoán vị gene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kiểu tương tác giữa các allele (trội không hoàn toàn, đồng trội), tương tác gene, gene đa hiệu.</w:t>
            </w:r>
          </w:p>
          <w:p>
            <w:pPr>
              <w:spacing w:after="0"/>
            </w:pPr>
            <w:r>
              <w:rPr>
                <w:sz w:val="18"/>
              </w:rPr>
              <w:t>- Nêu được nhiễm sắc thể giới tính, cơ chế xác định giới tính; đặc điểm di truyền liên kết giới tính, liên kết gene, hoán vị gene.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các tỉ lệ phân li kiểu hình biến đổi so với Mendel.</w:t>
            </w:r>
          </w:p>
          <w:p>
            <w:pPr>
              <w:spacing w:after="0"/>
            </w:pPr>
            <w:r>
              <w:rPr>
                <w:sz w:val="18"/>
              </w:rPr>
              <w:t>- Giải thích cơ sở tế bào học của liên kết gene, hoán vị gene; ý nghĩa của bản đồ di truyền.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tương tác gene, xác định quy luật di truyền.</w:t>
            </w:r>
          </w:p>
          <w:p>
            <w:pPr>
              <w:spacing w:after="0"/>
            </w:pPr>
            <w:r>
              <w:rPr>
                <w:sz w:val="18"/>
              </w:rPr>
              <w:t>- Giải bài tập di truyền liên kết giới tính, hoán vị gene; tính tần số hoán vị gene.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Đột biến nhiễm sắc thể; Di truyền học người và di truyền y học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dạng đột biến cấu trúc, số lượng nhiễm sắc thể; một số bệnh, hội chứng di truyền ở người.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cơ chế phát sinh, hậu quả của đột biến nhiễm sắc thể; phương pháp nghiên cứu di truyền người.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phả hệ, tính xác suất sinh con mắc bệnh; nêu vai trò của tư vấn di truyền.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rộng học thuyết di truyền nhiễm sắc thể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 truyền gene ngoài nhân; Tương tác giữa kiểu gene với môi trường và thành tựu chọn giống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di truyền gene ngoài nhân; khái niệm thường biến, mức phản ứng; một số thành tựu chọn giống.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di truyền trong nhân và ngoài nhân; giải thích mối quan hệ kiểu gene – môi trường – kiểu hình.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mức phản ứng trong chăn nuôi, trồng trọt.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quần thể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 truyền quần thể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vốn gene, tần số allele, tần số kiểu gene; nội dung định luật Hardy – Weinberg.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tần số allele, kiểu gene; xác định trạng thái cân bằng di truyền; đặc điểm quần thể tự thụ phấn, giao phối gần.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di truyền quần thể; giải thích hậu quả của giao phối cận huyết.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smarttest.vn/vi/ma-tran-de-kiem-tra/lop-12/sinh-hoc/cuoi-ki-1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sinh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Sinh học 12</dc:title>
  <dc:subject>Sinh học 12 – Kết nối tri thức</dc:subject>
  <dc:creator>SmartTest</dc:creator>
  <cp:keywords>ma trận đề kiểm tra, bản đặc tả, sinh học 12, cuối học kì i</cp:keywords>
  <dc:description/>
  <cp:lastModifiedBy>SmartTest</cp:lastModifiedBy>
  <cp:revision>1</cp:revision>
  <dcterms:created xsi:type="dcterms:W3CDTF">2026-10-30T05:28:21Z</dcterms:created>
  <dcterms:modified xsi:type="dcterms:W3CDTF">2026-10-30T05:28:21Z</dcterms:modified>
  <cp:category/>
</cp:coreProperties>
</file>