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TOÁN 12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90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3 dạng thức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12 câu – 3 điểm (30%)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4 câu (16 ý) – 4 điểm (40%)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6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Ứng dụng đạo hàm để khảo sát và vẽ đồ thị hàm số; Chủ đề 2 – Vectơ và hệ trục toạ độ trong không gian; Chủ đề 3 – Các số đặc trưng đo mức độ phân tán của mẫu số liệu ghép nhóm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5347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534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5868"/>
            <w:gridSpan w:val="9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Ứng dụng đạo hàm để khảo sát và vẽ đồ thị hàm số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Tính đơn điệu và cực trị của hàm số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Giá trị lớn nhất và giá trị nhỏ nhất của hàm số; Đường tiệm cận của đồ thị hàm số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Khảo sát sự biến thiên và vẽ đồ thị của hàm số; Ứng dụng đạo hàm để giải quyết một số vấn đề liên quan đến thực tiễn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Vectơ và hệ trục toạ độ trong không gian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Vectơ trong không gian; Hệ trục toạ độ trong không gian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8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Biểu thức toạ độ của các phép toán vectơ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8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Các số đặc trưng đo mức độ phân tán của mẫu số liệu ghép nhóm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Khoảng biến thiên và khoảng tứ phân vị; Phương sai và độ lệch chuẩn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9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25%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8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34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7681"/>
            <w:gridSpan w:val="11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0,5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6238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6238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5103"/>
            <w:gridSpan w:val="9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6238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6238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Ứng dụng đạo hàm để khảo sát và vẽ đồ thị hàm số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Tính đơn điệu và cực trị của hàm số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khoảng đơn điệu, điểm cực trị qua bảng biến thiên, đồ thị.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Xét được tính đơn điệu, tìm cực trị của hàm số.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tính đơn điệu, cực trị của hàm số giải bài toán liên quan và bài toán thực tiễn.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Giá trị lớn nhất và giá trị nhỏ nhất của hàm số; Đường tiệm cận của đồ thị hàm số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giá trị lớn nhất, nhỏ nhất, đường tiệm cận đứng, tiệm cận ngang, tiệm cận xiên của đồ thị hàm số.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Tìm được GTLN, GTNN trên một đoạn, một khoảng; xác định tiệm cận.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Giải bài toán tối ưu trong thực tiễn.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Khảo sát sự biến thiên và vẽ đồ thị của hàm số; Ứng dụng đạo hàm để giải quyết một số vấn đề liên quan đến thực tiễn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các bước khảo sát và dạng đồ thị của hàm bậc ba, hàm phân thức hữu tỉ.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Dùng đồ thị biện luận số nghiệm; vận dụng đạo hàm giải bài toán thực tiễn (tốc độ thay đổi, tối ưu chi phí, lợi nhuận).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Vectơ và hệ trục toạ độ trong không gian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Vectơ trong không gian; Hệ trục toạ độ trong không gian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vectơ trong không gian, các phép toán vectơ; hệ trục toạ độ Oxyz, toạ độ của điểm, của vectơ.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Thực hiện được các phép toán vectơ trong không gian; xác định được toạ độ của điểm, vectơ trong hình hộp, hình chóp gắn hệ trục.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vectơ trong không gian giải bài toán vật lí đơn giản (hợp lực).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Biểu thức toạ độ của các phép toán vectơ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biểu thức toạ độ của tổng, hiệu, tích với một số, tích vô hướng của hai vectơ.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Tính độ dài, góc, tích vô hướng; chứng minh vuông góc, cùng phương.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toạ độ giải bài toán thực tiễn (lực, chuyển động).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Các số đặc trưng đo mức độ phân tán của mẫu số liệu ghép nhóm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Khoảng biến thiên và khoảng tứ phân vị; Phương sai và độ lệch chuẩn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khoảng biến thiên, khoảng tứ phân vị, phương sai, độ lệch chuẩn của mẫu số liệu ghép nhóm.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Tính được các số đặc trưng, so sánh độ phân tán của hai mẫu.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Phân tích số liệu thực tiễn dựa trên các số đặc trưng đo mức độ phân tán.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smarttest.vn/vi/ma-tran-de-kiem-tra/lop-12/toan/cuoi-ki-1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2/toan/cuoi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 Toán 12</dc:title>
  <dc:subject>Toán 12 – Kết nối tri thức</dc:subject>
  <dc:creator>SmartTest</dc:creator>
  <cp:keywords>ma trận đề kiểm tra, bản đặc tả, toán 12, cuối học kì i</cp:keywords>
  <dc:description/>
  <cp:lastModifiedBy>SmartTest</cp:lastModifiedBy>
  <cp:revision>1</cp:revision>
  <dcterms:created xsi:type="dcterms:W3CDTF">2026-10-30T05:28:19Z</dcterms:created>
  <dcterms:modified xsi:type="dcterms:W3CDTF">2026-10-30T05:28:19Z</dcterms:modified>
  <cp:category/>
</cp:coreProperties>
</file>