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Vật lí nhiệt; Chủ đề 2 – Khí lí tưởng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Vật lí nhiệt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của chất. Sự chuyển thể; Nội năng. Định luật I của nhiệt động lực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Nhiệt độ. Thang nhiệt độ – nhiệt kế; Nhiệt dung riêng; Nhiệt nóng chảy riêng; Nhiệt hoá hơi riêng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Khí lí tưởng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 hình động học phân tử chất khí; Định luật Boyle; Định luật Charles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trạng thái của khí lí tưởng; Áp suất khí theo mô hình động học phân tử. Quan hệ giữa động năng phân tử và nhiệt độ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Vật lí nhiệt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của chất. Sự chuyển thể; Nội năng. Định luật I của nhiệt động lực học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mô hình động học phân tử về cấu trúc chất; đặc điểm của chất rắn, lỏng, khí; các quá trình chuyển thể.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nội năng, các cách làm thay đổi nội năng; phát biểu định luật I của nhiệt động lực học.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chuyển thể dựa trên mô hình động học phân tử.</w:t>
            </w:r>
          </w:p>
          <w:p>
            <w:pPr>
              <w:spacing w:after="0"/>
            </w:pPr>
            <w:r>
              <w:rPr>
                <w:sz w:val="18"/>
              </w:rPr>
              <w:t>- Sử dụng đúng quy ước dấu của A, Q trong biểu thức ΔU = A + Q.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số hiện tượng thực tiễn liên quan đến sự nóng chảy, hoá hơi, ngưng tụ.</w:t>
            </w:r>
          </w:p>
          <w:p>
            <w:pPr>
              <w:spacing w:after="0"/>
            </w:pPr>
            <w:r>
              <w:rPr>
                <w:sz w:val="18"/>
              </w:rPr>
              <w:t>- Tính được độ biến thiên nội năng của hệ trong một số quá trình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Nhiệt độ. Thang nhiệt độ – nhiệt kế; Nhiệt dung riêng; Nhiệt nóng chảy riêng; Nhiệt hoá hơi riêng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nhiệt độ; thang nhiệt độ Celsius, Kelvin; nguyên lí hoạt động của nhiệt kế.</w:t>
            </w:r>
          </w:p>
          <w:p>
            <w:pPr>
              <w:spacing w:after="0"/>
            </w:pPr>
            <w:r>
              <w:rPr>
                <w:sz w:val="18"/>
              </w:rPr>
              <w:t>- Nêu được định nghĩa nhiệt dung riêng, nhiệt nóng chảy riêng, nhiệt hoá hơi riêng và đơn vị.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Chuyển đổi được nhiệt độ giữa thang Celsius và thang Kelvin; giải thích được chiều truyền năng lượng nhiệt.</w:t>
            </w:r>
          </w:p>
          <w:p>
            <w:pPr>
              <w:spacing w:after="0"/>
            </w:pPr>
            <w:r>
              <w:rPr>
                <w:sz w:val="18"/>
              </w:rPr>
              <w:t>- Tính được nhiệt lượng trong quá trình nóng lên, nóng chảy, hoá hơi.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thang nhiệt độ, nhiệt kế giải quyết tình huống thực tiễn.</w:t>
            </w:r>
          </w:p>
          <w:p>
            <w:pPr>
              <w:spacing w:after="0"/>
            </w:pPr>
            <w:r>
              <w:rPr>
                <w:sz w:val="18"/>
              </w:rPr>
              <w:t>- Giải bài toán cân bằng nhiệt có chuyển thể; giải thích ứng dụng trong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Khí lí tưởng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 hình động học phân tử chất khí; Định luật Boyle; Định luật Charles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mô hình động học phân tử chất khí; khái niệm khí lí tưởng.</w:t>
            </w:r>
          </w:p>
          <w:p>
            <w:pPr>
              <w:spacing w:after="0"/>
            </w:pPr>
            <w:r>
              <w:rPr>
                <w:sz w:val="18"/>
              </w:rPr>
              <w:t>- Phát biểu được định luật Boyle, định luật Charles; nêu được quá trình đẳng nhiệt, đẳng áp.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chuyển động Brown và tính chất của chất khí theo mô hình động học phân tử.</w:t>
            </w:r>
          </w:p>
          <w:p>
            <w:pPr>
              <w:spacing w:after="0"/>
            </w:pPr>
            <w:r>
              <w:rPr>
                <w:sz w:val="18"/>
              </w:rPr>
              <w:t>- Vẽ và đọc được đồ thị p – V, V – T; tính được thông số trạng thái trong quá trình đẳng nhiệt, đẳng áp.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mô hình động học phân tử giải thích một số hiện tượng thực tế.</w:t>
            </w:r>
          </w:p>
          <w:p>
            <w:pPr>
              <w:spacing w:after="0"/>
            </w:pPr>
            <w:r>
              <w:rPr>
                <w:sz w:val="18"/>
              </w:rPr>
              <w:t>- Vận dụng định luật Boyle, Charles giải bài toán thực tiễn (bơm lốp xe, bóng bay).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trạng thái của khí lí tưởng; Áp suất khí theo mô hình động học phân tử. Quan hệ giữa động năng phân tử và nhiệt độ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phương trình trạng thái của khí lí tưởng; biểu thức áp suất khí và động năng tịnh tiến trung bình của phân tử.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các thông số trạng thái; liên hệ động năng trung bình của phân tử với nhiệt độ tuyệt đối.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phương trình trạng thái giải bài toán khí lí tưởng qua nhiều quá trình biến đổi.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smarttest.vn/vi/ma-tran-de-kiem-tra/lop-12/vat-li/cuoi-ki-1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vat-li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Vật lí 12</dc:title>
  <dc:subject>Vật lí 12 – Kết nối tri thức</dc:subject>
  <dc:creator>SmartTest</dc:creator>
  <cp:keywords>ma trận đề kiểm tra, bản đặc tả, vật lí 12, cuối học kì i</cp:keywords>
  <dc:description/>
  <cp:lastModifiedBy>SmartTest</cp:lastModifiedBy>
  <cp:revision>1</cp:revision>
  <dcterms:created xsi:type="dcterms:W3CDTF">2026-10-30T05:28:20Z</dcterms:created>
  <dcterms:modified xsi:type="dcterms:W3CDTF">2026-10-30T05:28:20Z</dcterms:modified>
  <cp:category/>
</cp:coreProperties>
</file>