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Công nghệ điện – điện tử: Giới thiệu chung về kĩ thuật điện tử; Chủ đề 2 – Linh kiện điện tử; Chủ đề 3 – Điện tử tương tự; Chủ đề 4 – Điện tử số; Chủ đề 5 – Vi điều khiển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điện – điện tử: Giới thiệu chung về kĩ thuật điện tử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kĩ thuật điện tử; Ngành nghề và dịch vụ trong lĩnh vực kĩ thuật điện tử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Linh kiện điện tử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Điện trở, tụ điện và cuộn cảm; Diode, transistor và mạch tích hợp IC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tử tương tự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điện tử tương tự; Khuếch đại thuật toán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tử số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 hiệu số và các cổng logic cơ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mạch xử lí tín hiệu trong điện tử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Lắp ráp, kiểm tra mạch báo cháy sử dụng các cổng logic cơ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 điều khiển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vi điều khiển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Bo mạch lập trình vi điều khiển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Thiết kế, lắp ráp, kiểm tra mạch tự động điều chỉnh cường độ sáng của LED theo môi trường xung quanh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Công nghệ điện – điện tử: Giới thiệu chung về kĩ thuật điện tử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kĩ thuật điện tử; Ngành nghề và dịch vụ trong lĩnh vực kĩ thuật điện tử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vai trò và triển vọng của kĩ thuật điện tử.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ngành nghề, dịch vụ phổ biến trong lĩnh vực kĩ thuật điện tử.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ứng dụng của kĩ thuật điện tử trong các thiết bị quen thuộc.</w:t>
            </w:r>
          </w:p>
          <w:p>
            <w:pPr>
              <w:spacing w:after="0"/>
            </w:pPr>
            <w:r>
              <w:rPr>
                <w:sz w:val="18"/>
              </w:rPr>
              <w:t>- Đánh giá được sự phù hợp của bản thân với các ngành nghề trong lĩnh vực kĩ thuật điện tử.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Linh kiện điện tử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Điện trở, tụ điện và cuộn cảm; Diode, transistor và mạch tích hợp IC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kí hiệu, công dụng, thông số kĩ thuật của điện trở, tụ điện, cuộn cảm.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kí hiệu, công dụng của diode, transistor và mạch tích hợp IC.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trị số của điện trở, tụ điện ghi trên linh kiện.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cơ bản của diode, transistor.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chọn, kiểm tra được điện trở, tụ điện, cuộn cảm bằng đồng hồ vạn năng.</w:t>
            </w:r>
          </w:p>
          <w:p>
            <w:pPr>
              <w:spacing w:after="0"/>
            </w:pPr>
            <w:r>
              <w:rPr>
                <w:sz w:val="18"/>
              </w:rPr>
              <w:t>- Nhận biết, kiểm tra được diode, transistor bằng đồng hồ vạn năng.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tử tương tự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điện tử tương tự; Khuếch đại thuật toán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tín hiệu tương tự; chức năng của mạch khuếch đại, mạch tạo xung, mạch chỉnh lưu, mạch ổn áp.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kí hiệu, đặc điểm của khuếch đại thuật toán.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một số mạch điện tử tương tự cơ bản.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mạch khuếch đại đảo, khuếch đại không đảo, mạch so sánh.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ứng dụng của mạch điện tử tương tự trong thiết bị thực tế.</w:t>
            </w:r>
          </w:p>
          <w:p>
            <w:pPr>
              <w:spacing w:after="0"/>
            </w:pPr>
            <w:r>
              <w:rPr>
                <w:sz w:val="18"/>
              </w:rPr>
              <w:t>- Tính được hệ số khuếch đại của mạch khuếch đại dùng khuếch đại thuật toán.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tử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 hiệu số và các cổng logic cơ bản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tín hiệu số; kí hiệu, bảng chân lí của các cổng logic cơ bản.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tín hiệu số và tín hiệu tương tự; giải thích được chức năng của các cổng logic.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trạng thái đầu ra của mạch logic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mạch xử lí tín hiệu trong điện tử số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 của một số mạch xử lí tín hiệu trong điện tử số: mạch tổ hợp, mạch dãy, flip-flop, bộ đếm.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một số mạch xử lí tín hiệu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hoạt động của mạch xử lí tín hiệu số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Lắp ráp, kiểm tra mạch báo cháy sử dụng các cổng logic cơ bản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sơ đồ và các linh kiện của mạch báo cháy sử dụng cổng logic.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lí làm việc của mạch báo cháy.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Lắp ráp, kiểm tra được mạch báo cháy sử dụng các cổng logic cơ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 điều khiển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vi điều khiển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niệm, cấu trúc và ứng dụng của vi điều khiển.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chức năng các khối trong vi điều khiển.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ứng dụng của vi điều khiển trong thiết bị thực tế.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Bo mạch lập trình vi điều khiển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chức năng của bo mạch lập trình vi điều khiển.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 bước lập trình cho bo mạch vi điều khiển.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trình được bo mạch vi điều khiển thực hiện nhiệm vụ đơn giản.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hành: Thiết kế, lắp ráp, kiểm tra mạch tự động điều chỉnh cường độ sáng của LED theo môi trường xung quanh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linh kiện và sơ đồ của mạch tự động điều chỉnh cường độ sáng của LED.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lí làm việc của mạch.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Thiết kế, lắp ráp, kiểm tra được mạch tự động điều chỉnh cường độ sáng của LED.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smarttest.vn/vi/ma-tran-de-kiem-tra/lop-12/cong-nghe/cuoi-ki-2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cong-nghe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Công nghệ 12</dc:title>
  <dc:subject>Công nghệ 12 – Kết nối tri thức</dc:subject>
  <dc:creator>SmartTest</dc:creator>
  <cp:keywords>ma trận đề kiểm tra, bản đặc tả, công nghệ 12, cuối học kì ii</cp:keywords>
  <dc:description/>
  <cp:lastModifiedBy>SmartTest</cp:lastModifiedBy>
  <cp:revision>1</cp:revision>
  <dcterms:created xsi:type="dcterms:W3CDTF">2026-10-30T05:28:24Z</dcterms:created>
  <dcterms:modified xsi:type="dcterms:W3CDTF">2026-10-30T05:28:24Z</dcterms:modified>
  <cp:category/>
</cp:coreProperties>
</file>