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các ngành kinh tế; Chủ đề 2 – Địa lí các vùng kinh tế – xã hội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các nhân tố ảnh hưởng đến sự phát triển và phân bố các ngành dịch vụ; Giao thông vận tải và bưu chính viễn thông; Thương mại và du lịch; Thực hành: Tìm hiểu sự phát triển một số ngành dịch vụ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vùng kinh tế – xã hội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 thế mạnh ở Trung du và miền núi phía Bắc; Phát triển kinh tế – xã hội ở Đồng bằng sông Hồng; Thực hành: Tìm hiểu vấn đề phát triển kinh tế biển ở Đồng bằng sông Hồng; Phát triển kinh tế – xã hội ở Bắc Trung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Duyên hải Nam Trung Bộ và Tây Nguyên (Nam Trung Bộ); Thực hành: Phân tích ý nghĩa của phát triển kinh tế – xã hội đối với quốc phòng, an ninh ở Duyên hải Nam Trung Bộ và Tây Nguyên (Nam Trung Bộ)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Đông Nam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hợp lí tự nhiên để phát triển kinh tế ở Đồng bằng sông Cửu Long; Thực hành: Viết báo cáo về biến đổi khí hậu ở Đồng bằng sông Cửu Long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và đảm bảo quốc phòng, an ninh ở Biển Đông và các đảo, quần đảo; Thực hành: Viết báo cáo tuyên truyền về bảo vệ chủ quyền biển, đảo của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các nhân tố ảnh hưởng đến sự phát triển và phân bố các ngành dịch vụ; Giao thông vận tải và bưu chính viễn thông; Thương mại và du lịch; Thực hành: Tìm hiểu sự phát triển một số ngành dịch vụ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các ngành dịch vụ.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các loại hình giao thông vận tải và bưu chính viễn thông.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nội thương, ngoại thương và du lịch.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các ngành dịch vụ.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mạng lưới giao thông vận tải và xu hướng phát triển của bưu chính viễn thông.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thương mại, du lịch.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sự phát triển dịch vụ ở địa phương.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tuyến giao thông chính, cảng biển và sân bay quốc tế.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xuất nhập khẩu, du lịch.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phát triển của một số ngành dịch vụ.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vùng kinh tế –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 thế mạnh ở Trung du và miền núi phía Bắc; Phát triển kinh tế – xã hội ở Đồng bằng sông Hồng; Thực hành: Tìm hiểu vấn đề phát triển kinh tế biển ở Đồng bằng sông Hồng; Phát triển kinh tế – xã hội ở Bắc Trung Bộ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thế mạnh của vùng Trung du và miền núi phía Bắc.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phát triển kinh tế – xã hội của vùng Đồng bằng sông Hồng.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của vùng Bắc Trung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khả năng và hiện trạng khai thác các thế mạnh: khoáng sản, thuỷ điện, cây công nghiệp, chăn nuôi gia súc lớn, du lịch.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phát triển và chuyển dịch cơ cấu kinh tế của vùng.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phát triển nông – lâm – thuỷ sản, công nghiệp và cơ sở hạ tầng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khai thác thế mạnh của vùng.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vùng Đồng bằng sông Hồng.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phát triển kinh tế biển của vùng.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vùng Bắc Trung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Duyên hải Nam Trung Bộ và Tây Nguyên (Nam Trung Bộ); Thực hành: Phân tích ý nghĩa của phát triển kinh tế – xã hội đối với quốc phòng, an ninh ở Duyên hải Nam Trung Bộ và Tây Nguyên (Nam Trung Bộ)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của vùng Duyên hải Nam Trung Bộ và Tây Nguyên.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phát triển kinh tế biển, cây công nghiệp, thuỷ điện, khai thác khoáng sản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của vùng.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ý nghĩa của phát triển kinh tế – xã hội đối với quốc phòng, an ninh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Đông Nam Bộ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của vùng Đông Nam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phát triển các ngành kinh tế của vùng theo chiều sâu.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vùng Đông Nam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hợp lí tự nhiên để phát triển kinh tế ở Đồng bằng sông Cửu Long; Thực hành: Viết báo cáo về biến đổi khí hậu ở Đồng bằng sông Cửu Long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thổ, thế mạnh và hạn chế của vùng Đồng bằng sông Cửu Long.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sử dụng hợp lí tự nhiên để phát triển kinh tế ở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sản xuất lúa gạo, thuỷ sản của vùng.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về biến đổi khí hậu và giải pháp ứng phó ở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và đảm bảo quốc phòng, an ninh ở Biển Đông và các đảo, quần đảo; Thực hành: Viết báo cáo tuyên truyền về bảo vệ chủ quyền biển, đảo của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trí, đặc điểm của Biển Đông và các đảo, quần đảo của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phát triển tổng hợp kinh tế biển và ý nghĩa đối với quốc phòng, an ninh.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trách nhiệm bảo vệ chủ quyền biển, đảo của Việt Nam.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tuyên truyền về bảo vệ chủ quyền biển, đảo của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Địa lí 12</dc:title>
  <dc:subject>Địa lí 12 – Kết nối tri thức</dc:subject>
  <dc:creator>SmartTest</dc:creator>
  <cp:keywords>ma trận đề kiểm tra, bản đặc tả, địa lí 12, cuối học kì ii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