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Cách mạng tháng Tám năm 1945, chiến tranh giải phóng dân tộc và chiến tranh bảo vệ Tổ quốc trong lịch sử Việt Nam (từ tháng 8 năm 1945 đến nay); Chủ đề 2 – Công cuộc Đổi mới ở Việt Nam từ năm 1986 đến nay; Chủ đề 3 – Lịch sử đối ngoại của Việt Nam thời cận – hiện đại; Chủ đề 4 – Hồ Chí Minh trong lịch sử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Mỹ, cứu nước (1954 – 1975); Cuộc đấu tranh bảo vệ Tổ quốc từ sau tháng 4 – 1975 đến nay. Một số bài học lịch sử của các cuộc kháng chiến bảo vệ Tổ quốc từ năm 1945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cuộc Đổi mới ở Việt Nam từ năm 1986 đến nay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công cuộc Đổi mới từ năm 1986 đến nay; Thành tựu cơ bản và bài học của công cuộc Đổi mới ở Việt Nam từ năm 1986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đối ngoại của Việt Nam thời cận – hiện đại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trong đấu tranh giành độc lập dân tộc (từ đầu thế kỉ XX đến Cách mạng tháng Tám năm 1945)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trong kháng chiến chống Pháp (1945 – 1954) và kháng chiến chống Mỹ (1954 – 1975)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từ năm 1975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Hồ Chí Minh trong lịch sử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cuộc đời và sự nghiệp của Hồ Chí Minh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Hồ Chí Minh – Anh hùng giải phóng dân tộc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Dấu ấn Hồ Chí Minh trong lòng nhân dân thế giới và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Mỹ, cứu nước (1954 – 1975); Cuộc đấu tranh bảo vệ Tổ quốc từ sau tháng 4 – 1975 đến nay. Một số bài học lịch sử của các cuộc kháng chiến bảo vệ Tổ quốc từ năm 1945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thắng lợi tiêu biểu của cuộc kháng chiến chống Mỹ, cứu nước (1954 – 1975).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của cuộc đấu tranh bảo vệ biên giới Tây Nam, biên giới phía Bắc và chủ quyền ở Biển Đông từ sau tháng 4 – 1975.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cuộc kháng chiến chống Mỹ, cứu nước.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bài học lịch sử của các cuộc kháng chiến bảo vệ Tổ quốc từ năm 1945 đến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cuộc Đổi mới ở Việt Nam từ năm 1986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công cuộc Đổi mới từ năm 1986 đến nay; Thành tựu cơ bản và bài học của công cuộc Đổi mới ở Việt Nam từ năm 1986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các giai đoạn của công cuộc Đổi mới từ năm 1986 đến nay.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cơ bản của công cuộc Đổi mới về kinh tế, chính trị, xã hội, văn hoá, hội nhập quốc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 chính của đường lối Đổi mới.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bài học kinh nghiệm của công cuộc Đổi mới.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đối ngoại của Việt Nam thời cận – hiện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trong đấu tranh giành độc lập dân tộc (từ đầu thế kỉ XX đến Cách mạng tháng Tám năm 1945)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hoạt động đối ngoại chủ yếu của Phan Bội Châu, Phan Châu Trinh, Nguyễn Ái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hoạt động đối ngoại trong đấu tranh giành độc lập dân tộc.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Nguyễn Ái Quốc trong hoạt động đối ngoại.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trong kháng chiến chống Pháp (1945 – 1954) và kháng chiến chống Mỹ (1954 – 1975)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hoạt động đối ngoại chủ yếu trong kháng chiến chống Pháp và chống Mỹ (Hiệp định Sơ bộ, Hội nghị Giơ-ne-vơ, Hội nghị Pa-ri).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mặt trận ngoại giao trong các cuộc kháng chiến.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Hiệp định Pa-ri năm 1973.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đối ngoại của Việt Nam từ năm 1975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hoạt động đối ngoại chủ yếu của Việt Nam từ năm 1975 đến nay (bình thường hoá quan hệ, gia nhập ASEAN, WTO).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thành tựu của hoạt động đối ngoại trong quá trình hội nhập quốc tế.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trách nhiệm của bản thân trong quá trình hội nhập quốc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Hồ Chí Minh trong lịch sử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cuộc đời và sự nghiệp của Hồ Chí Minh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cuộc đời và sự nghiệp của Hồ Chí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 giai đoạn hoạt động cách mạng chủ yếu của Hồ Chí Minh.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Rút ra được bài học từ cuộc đời và sự nghiệp của Hồ Chí Minh.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Hồ Chí Minh – Anh hùng giải phóng dân tộc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Hồ Chí Minh tìm ra con đường cứu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Hồ Chí Minh đối với cách mạng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Dấu ấn Hồ Chí Minh trong lòng nhân dân thế giới và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giá trị tư tưởng, văn hoá của Hồ Chí Minh được nhân dân thế giới và Việt Nam ghi nhận.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học tập và làm theo tấm gương đạo đức Hồ Chí Minh.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smarttest.vn/vi/ma-tran-de-kiem-tra/lop-12/lich-su/cuoi-ki-2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lich-su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12</dc:title>
  <dc:subject>Lịch sử 12 – Kết nối tri thức</dc:subject>
  <dc:creator>SmartTest</dc:creator>
  <cp:keywords>ma trận đề kiểm tra, bản đặc tả, lịch sử 12, cuối học kì ii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