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50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Bằng chứng và các học thuyết tiến hoá; Chủ đề 2 – Môi trường và sinh thái học quần thể; Chủ đề 3 – Sinh thái học quần xã; Chủ đề 4 – Sinh thái học phục hồi, bảo tồn và phát triển bền vững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Bằng chứng và các học thuyết tiến hoá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bằng chứng tiến hoá; Quan niệm của Darwin về chọn lọc tự nhiên và hình thành loài; Học thuyết tiến hoá tổng hợp hiện đại; Tiến hoá lớn và quá trình phát sinh chủng loại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Môi trường và sinh thái học quần thể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các nhân tố sinh thái; Sinh thái học quần thể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thái học quần xã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Quần xã sinh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sinh thái; Trao đổi vật chất và chuyển hoá năng lượng trong hệ sinh thái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Diễn thế; Sinh quyển, khu sinh học và chu trình sinh – địa – hoá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thái học phục hồi, bảo tồn và phát triển bền vững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thái học phục hồi và bảo tồn đa dạng; Phát triển bền vững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Bằng chứng và các học thuyết tiến hoá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bằng chứng tiến hoá; Quan niệm của Darwin về chọn lọc tự nhiên và hình thành loài; Học thuyết tiến hoá tổng hợp hiện đại; Tiến hoá lớn và quá trình phát sinh chủng loại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bằng chứng tiến hoá: hoá thạch, giải phẫu so sánh, tế bào học, sinh học phân tử.</w:t>
            </w:r>
          </w:p>
          <w:p>
            <w:pPr>
              <w:spacing w:after="0"/>
            </w:pPr>
            <w:r>
              <w:rPr>
                <w:sz w:val="18"/>
              </w:rPr>
              <w:t>- Nêu được quan niệm của Darwin về chọn lọc tự nhiên; các nhân tố tiến hoá; khái niệm loài sinh học, các cơ chế cách li.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tiến hoá lớn; các giai đoạn phát sinh sự sống; các đại địa chất.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cơ quan tương đồng và cơ quan tương tự; giải thích ý nghĩa của các bằng chứng tiến hoá.</w:t>
            </w:r>
          </w:p>
          <w:p>
            <w:pPr>
              <w:spacing w:after="0"/>
            </w:pPr>
            <w:r>
              <w:rPr>
                <w:sz w:val="18"/>
              </w:rPr>
              <w:t>- Phân tích vai trò của các nhân tố tiến hoá; quá trình hình thành quần thể thích nghi, hình thành loài.</w:t>
            </w:r>
          </w:p>
          <w:p>
            <w:pPr>
              <w:spacing w:after="0"/>
            </w:pPr>
            <w:r>
              <w:rPr>
                <w:sz w:val="18"/>
              </w:rPr>
              <w:t>- Trình bày quá trình phát sinh chủng loại, sự phát triển của sinh giới qua các đại địa chất và sự phát sinh loài người.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các bằng chứng chứng minh nguồn gốc chung của sinh giới.</w:t>
            </w:r>
          </w:p>
          <w:p>
            <w:pPr>
              <w:spacing w:after="0"/>
            </w:pPr>
            <w:r>
              <w:rPr>
                <w:sz w:val="18"/>
              </w:rPr>
              <w:t>- Giải thích hiện tượng kháng thuốc, các đặc điểm thích nghi của sinh vật.</w:t>
            </w:r>
          </w:p>
          <w:p>
            <w:pPr>
              <w:spacing w:after="0"/>
            </w:pPr>
            <w:r>
              <w:rPr>
                <w:sz w:val="18"/>
              </w:rPr>
              <w:t>- Sắp xếp các sự kiện tiến hoá; giải thích sự tuyệt chủng, bùng nổ của các nhóm sinh vật.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Môi trường và sinh thái học quần thể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các nhân tố sinh thái; Sinh thái học quần thể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môi trường, nhân tố sinh thái, giới hạn sinh thái, ổ sinh thái.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quần thể và các đặc trưng cơ bản (kích thước, mật độ, kiểu phân bố, tỉ lệ giới tính, nhóm tuổi).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tác động của nhân tố sinh thái; sự thích nghi của sinh vật với ánh sáng, nhiệt độ.</w:t>
            </w:r>
          </w:p>
          <w:p>
            <w:pPr>
              <w:spacing w:after="0"/>
            </w:pPr>
            <w:r>
              <w:rPr>
                <w:sz w:val="18"/>
              </w:rPr>
              <w:t>- Phân tích các mối quan hệ trong quần thể; các kiểu tăng trưởng quần thể.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giới hạn sinh thái trong trồng trọt, chăn nuôi.</w:t>
            </w:r>
          </w:p>
          <w:p>
            <w:pPr>
              <w:spacing w:after="0"/>
            </w:pPr>
            <w:r>
              <w:rPr>
                <w:sz w:val="18"/>
              </w:rPr>
              <w:t>- Tính kích thước, mật độ quần thể; vận dụng trong khai thác, bảo vệ tài nguyên sinh vật.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thái học quần xã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Quần xã sinh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đặc trưng của quần xã; các mối quan hệ giữa các loài trong quần xã.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các mối quan hệ hỗ trợ, đối kháng; giải thích hiện tượng khống chế sinh học.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mối quan hệ giữa các loài trong kiểm soát sinh học, sản xuất nông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sinh thái; Trao đổi vật chất và chuyển hoá năng lượng trong hệ sinh thái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thành phần của hệ sinh thái; chuỗi thức ăn, lưới thức ăn, bậc dinh dưỡng, tháp sinh thái.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lưới thức ăn; dòng năng lượng và chu trình vật chất trong hệ sinh thái.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hiệu suất sinh thái; thiết kế hệ sinh thái nhân tạo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Diễn thế; Sinh quyển, khu sinh học và chu trình sinh – địa – hoá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loại diễn thế sinh thái; sinh quyển, khu sinh học; các chu trình sinh – địa – hoá.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nguyên nhân, quá trình diễn thế; vai trò của chu trình carbon, nitrogen, nước.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biến đổi khí hậu; đề xuất biện pháp bảo vệ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thái học phục hồi, bảo tồn và phát triển bền vững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thái học phục hồi và bảo tồn đa dạng; Phát triển bền vững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sinh thái học phục hồi, bảo tồn đa dạng sinh học, phát triển bền vững.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các phương pháp phục hồi, bảo tồn; các biện pháp phát triển bền vững.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giải pháp bảo tồn và phát triển bền vững tại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smarttest.vn/vi/ma-tran-de-kiem-tra/lop-12/sinh-hoc/cuoi-ki-2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sinh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Sinh học 12</dc:title>
  <dc:subject>Sinh học 12 – Kết nối tri thức</dc:subject>
  <dc:creator>SmartTest</dc:creator>
  <cp:keywords>ma trận đề kiểm tra, bản đặc tả, sinh học 12, cuối học kì ii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