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12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Nguyên hàm và tích phân; Chủ đề 2 – Phương pháp toạ độ trong không gian; Chủ đề 3 – Xác suất có điều kiện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Nguyên hàm và tích phân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Nguyên hàm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Tích phân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Ứng dụng hình học của tích phân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Phương pháp toạ độ trong không gian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mặt phẳng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đường thẳng trong không gian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thức tính góc trong không gian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mặt cầu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Xác suất có điều kiện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Xác suất có điều kiện; Công thức xác suất toàn phần và công thức Bayes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34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Nguyên hàm và tích phân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Nguyên hàm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khái niệm nguyên hàm, bảng nguyên hàm cơ bản, tính chất của nguyên hàm.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Tìm được nguyên hàm của hàm đa thức, hàm luỹ thừa, hàm lượng giác, hàm mũ và hàm số y = 1/x.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Tích phân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định nghĩa, tính chất, ý nghĩa của tích phân.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tích phân dựa vào nguyên hàm và tính chất của tích phân.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tích phân tính quãng đường, sự thay đổi của đại lượng trong bài toán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Ứng dụng hình học của tích phân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công thức tính diện tích hình phẳng, thể tích vật thể, thể tích khối tròn xoay bằng tích phân.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tích phân tính diện tích, thể tích trong bài toán thực tiễn (thiết kế, kiến trúc).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Phương pháp toạ độ trong không gian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mặt phẳng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vectơ pháp tuyến, phương trình mặt phẳng; điều kiện song song, vuông góc của hai mặt phẳng.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mặt phẳng; tính khoảng cách từ điểm đến mặt phẳng.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bài toán hình học toạ độ tổng hợp,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đường thẳng trong không gian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vectơ chỉ phương, phương trình tham số, phương trình chính tắc của đường thẳng.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đường thẳng; xét vị trí tương đối của hai đường thẳng.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phương trình đường thẳng giải bài toán thực tiễn (đường bay, quỹ đạo thẳng).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Công thức tính góc trong không gian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công thức tính góc giữa hai đường thẳng, giữa đường thẳng và mặt phẳng, giữa hai mặt phẳng.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công thức tính góc giải bài toán thực tiễn (góc nghiêng mái nhà, đường dốc).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Phương trình mặt cầu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phương trình mặt cầu; tâm, bán kính.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mặt cầu khi biết tâm và bán kính; xác định tâm, bán kính từ phương trình.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Xác suất có điều kiện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Xác suất có điều kiện; Công thức xác suất toàn phần và công thức Bayes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xác suất có điều kiện, công thức nhân xác suất, công thức xác suất toàn phần, công thức Bayes.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xác suất có điều kiện; vận dụng công thức xác suất toàn phần với sơ đồ hình cây.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công thức Bayes giải bài toán thực tiễn (y tế, kiểm định sản phẩm).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smarttest.vn/vi/ma-tran-de-kiem-tra/lop-12/toan/cuoi-ki-2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2/toan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Toán 12</dc:title>
  <dc:subject>Toán 12 – Kết nối tri thức</dc:subject>
  <dc:creator>SmartTest</dc:creator>
  <cp:keywords>ma trận đề kiểm tra, bản đặc tả, toán 12, cuối học kì ii</cp:keywords>
  <dc:description/>
  <cp:lastModifiedBy>SmartTest</cp:lastModifiedBy>
  <cp:revision>1</cp:revision>
  <dcterms:created xsi:type="dcterms:W3CDTF">2026-10-30T05:28:20Z</dcterms:created>
  <dcterms:modified xsi:type="dcterms:W3CDTF">2026-10-30T05:28:20Z</dcterms:modified>
  <cp:category/>
</cp:coreProperties>
</file>