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50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trường; Chủ đề 2 – Vật lí hạt nhân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trường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Từ trường; Lực từ tác dụng lên dây dẫn mang dòng điện. Cảm ứng từ; Từ thông. Hiện tượng cảm ứng điện từ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Máy phát điện xoay chiều; Ứng dụng hiện tượng cảm ứng điện từ; Điện từ trường. Mô hình sóng điện từ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lí hạt nhân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hạt nhân; Phản ứng hạt nhân và năng lượng liên kết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Hiện tượng phóng xạ; Công nghiệp hạt nhân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trường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Từ trường; Lực từ tác dụng lên dây dẫn mang dòng điện. Cảm ứng từ; Từ thông. Hiện tượng cảm ứng điện từ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từ trường, đường sức từ; từ trường của nam châm, dòng điện thẳng, ống dây.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 cảm ứng từ, đơn vị tesla; biểu thức lực từ F = BIlsinθ.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 từ thông, hiện tượng cảm ứng điện từ; phát biểu định luật Faraday, định luật Lenz.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chiều đường sức từ bằng quy tắc nắm tay phải; mô tả được từ phổ.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chiều lực từ bằng quy tắc bàn tay trái; tính được độ lớn lực từ.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chiều dòng điện cảm ứng; tính được từ thông, suất điện động cảm ứng.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từ trường giải thích một số ứng dụng (la bàn, nam châm điện).</w:t>
            </w:r>
          </w:p>
          <w:p>
            <w:pPr>
              <w:spacing w:after="0"/>
            </w:pPr>
            <w:r>
              <w:rPr>
                <w:sz w:val="18"/>
              </w:rPr>
              <w:t>- Vận dụng biểu thức lực từ giải bài toán về khung dây, cân dòng điện.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Faraday, Lenz giải bài toán khung dây, thanh dẫn chuyển động trong từ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Máy phát điện xoay chiều; Ứng dụng hiện tượng cảm ứng điện từ; Điện từ trường. Mô hình sóng điện từ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nguyên tắc hoạt động của máy phát điện xoay chiều; các đại lượng đặc trưng của dòng điện xoay chiều.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ứng dụng của cảm ứng điện từ (máy biến áp, bếp từ); khái niệm điện từ trường, sóng điện từ.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hiệu dụng, chu kì, tần số của dòng điện xoay chiều.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tắc hoạt động của máy biến áp; mô tả được mô hình sóng điện từ.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dòng điện xoay chiều trong sử dụng điện an toàn, tiết kiệm.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máy biến áp giải bài toán truyền tải điện năng.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lí hạt nhân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hạt nhân; Phản ứng hạt nhân và năng lượng liên kết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kí hiệu hạt nhân, đồng vị; khái niệm độ hụt khối, năng lượng liên kết; phản ứng phân hạch, nhiệt hạch.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độ hụt khối, năng lượng liên kết, năng lượng liên kết riêng; áp dụng định luật bảo toàn số khối, điện tích.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So sánh độ bền vững của các hạt nhân; tính năng lượng toả ra hoặc thu vào của phản ứng hạt nhân.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Hiện tượng phóng xạ; Công nghiệp hạt nhân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bản chất các tia phóng xạ, định luật phóng xạ, chu kì bán rã, độ phóng xạ; một số ứng dụng của công nghiệp hạt nhân.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số hạt nhân còn lại, độ phóng xạ theo thời gian; nêu được biện pháp an toàn phóng xạ.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phóng xạ giải bài toán xác định tuổi mẫu vật, liều lượng trong y học, công nghiệp.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smarttest.vn/vi/ma-tran-de-kiem-tra/lop-12/vat-li/cuoi-ki-2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vat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Vật lí 12</dc:title>
  <dc:subject>Vật lí 12 – Kết nối tri thức</dc:subject>
  <dc:creator>SmartTest</dc:creator>
  <cp:keywords>ma trận đề kiểm tra, bản đặc tả, vật lí 12, cuối học kì ii</cp:keywords>
  <dc:description/>
  <cp:lastModifiedBy>SmartTest</cp:lastModifiedBy>
  <cp:revision>1</cp:revision>
  <dcterms:created xsi:type="dcterms:W3CDTF">2026-10-30T05:28:21Z</dcterms:created>
  <dcterms:modified xsi:type="dcterms:W3CDTF">2026-10-30T05:28:21Z</dcterms:modified>
  <cp:category/>
</cp:coreProperties>
</file>