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Công nghệ điện – điện tử: Giới thiệu chung về kĩ thuật điện; Chủ đề 2 – Hệ thống điện quốc gia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điện – điện tử: Giới thiệu chung về kĩ thuật điện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tổng quan về kĩ thuật điện; Ngành nghề trong lĩnh vực kĩ thuật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thống điện quốc gia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Mạch điện xoay chiều ba pha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điện quốc gia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Sản xuất điện năng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điện sản xuất quy mô nhỏ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điện hạ áp dùng trong sinh hoạt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điện – điện tử: Giới thiệu chung về kĩ thuật điện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tổng quan về kĩ thuật điện; Ngành nghề trong lĩnh vực kĩ thuật điện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vai trò của kĩ thuật điện trong sản xuất và đời sống.</w:t>
            </w:r>
          </w:p>
          <w:p>
            <w:pPr>
              <w:spacing w:after="0"/>
            </w:pPr>
            <w:r>
              <w:rPr>
                <w:sz w:val="18"/>
              </w:rPr>
              <w:t>- Biết được yêu cầu về trình độ và năng lực của các ngành nghề trong lĩnh vực kĩ thuật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một số lĩnh vực ứng dụng chủ yếu của kĩ thuật điện.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điểm, vị trí làm việc của một số ngành nghề trong lĩnh vực kĩ thuật điện.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ứng dụng của kĩ thuật điện trong thực tế.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các ngành nghề trong lĩnh vực kĩ thuật điện.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thống điện quốc gia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Mạch điện xoay chiều ba pha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Biết khái niệm, nguyên lí tạo dòng điện xoay chiều ba pha; sơ đồ các mạch điện ba pha.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cách nối nguồn, tải ba pha.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thông số hiệu dụng của mạch điện ba pha đối xứng; cách nối nguồn, tải.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điện quốc gia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Nắm được cấu trúc chung và vai trò các thành phần của hệ thống điện quốc gia.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cấp điện áp, thành phần lưới điện; xác định thành phần trong sơ đồ.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một sơ đồ hệ thống điện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Sản xuất điện năng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hoạt động của nhà máy thủy điện, nhiệt điện, điện hạt nhân, điện gió.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phương pháp sản xuất điện năng chủ yếu; ưu, nhược điểm.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lựa chọn phương pháp sản xuất điện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điện sản xuất quy mô nhỏ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cấu trúc, vai trò của mạng điện sản xuất quy mô nhỏ.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chức năng các thành phần chính của mạng điện sản xuất quy mô nhỏ.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mạng điện sản xuất quy mô nhỏ.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điện hạ áp dùng trong sinh hoạt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cấu trúc của mạng điện hạ áp dùng trong sinh hoạt.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chức năng các thành phần của mạng điện hạ áp dùng trong sinh hoạt.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các thành phần của mạng điện hạ áp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smarttest.vn/vi/ma-tran-de-kiem-tra/lop-12/cong-nghe/giua-ki-1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cong-nghe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Công nghệ 12</dc:title>
  <dc:subject>Công nghệ 12 – Kết nối tri thức</dc:subject>
  <dc:creator>SmartTest</dc:creator>
  <cp:keywords>ma trận đề kiểm tra, bản đặc tả, công nghệ 12, giữa học kì i</cp:keywords>
  <dc:description/>
  <cp:lastModifiedBy>SmartTest</cp:lastModifiedBy>
  <cp:revision>1</cp:revision>
  <dcterms:created xsi:type="dcterms:W3CDTF">2026-10-30T05:28:24Z</dcterms:created>
  <dcterms:modified xsi:type="dcterms:W3CDTF">2026-10-30T05:28:24Z</dcterms:modified>
  <cp:category/>
</cp:coreProperties>
</file>