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Tăng trưởng và phát triển kinh tế; Chủ đề 2 – Hội nhập kinh tế quốc tế; Chủ đề 3 – Bảo hiểm và an sinh xã hội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Tăng trưởng và phát triển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Tăng trưởng và phát triển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Hội nhập kinh tế quốc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Hội nhập kinh tế quốc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Bảo hiểm và an sinh xã hội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hiểm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sinh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Tăng trưởng và phát triển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Tăng trưởng và phát triển kinh tế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tăng trưởng kinh tế, phát triển kinh tế và các chỉ tiêu đánh giá (GDP, GNI, GDP/người, GNI/người, cơ cấu kinh tế, HDI).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tăng trưởng và phát triển kinh tế; mối quan hệ giữa tăng trưởng kinh tế và phát triển bền vững.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các hoạt động góp phần thực hiện phát triển bền vững trong tình huống cụ thể; ủng hộ chủ trương phát triển bền vững.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Hội nhập kinh tế quốc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Hội nhập kinh tế quốc tế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hội nhập kinh tế quốc tế và các hình thức hội nhập kinh tế quốc tế (song phương, khu vực, toàn cầu).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hội nhập kinh tế quốc tế đối với các quốc gia và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các hoạt động hội nhập kinh tế quốc tế trong tình huống cụ thể; xác định được trách nhiệm của công dân, học sinh trong quá trình hội nhập.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Bảo hiểm và an sinh xã hội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hiểm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loại hình bảo hiểm: bảo hiểm xã hội, bảo hiểm y tế, bảo hiểm thất nghiệp, bảo hiểm thương mại.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bảo hiểm đối với cá nhân, gia đình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loại hình bảo hiểm phù hợp với bản thân, gia đình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sinh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an sinh xã hội và các chính sách an sinh xã hội cơ bản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an sinh xã hội đối với đời sống con người và sự ổn định, phát triển của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Ủng hộ, tham gia các chính sách an sinh xã hội phù hợp với lứa tuổi; đánh giá việc thực hiện chính sách an sinh xã hội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smarttest.vn/vi/ma-tran-de-kiem-tra/lop-12/kinh-te-phap-luat/giua-ki-1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kinh-te-phap-luat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kinh tế và pháp luật 12</dc:title>
  <dc:subject>Giáo dục kinh tế và pháp luật 12 – Kết nối tri thức</dc:subject>
  <dc:creator>SmartTest</dc:creator>
  <cp:keywords>ma trận đề kiểm tra, bản đặc tả, giáo dục kinh tế và pháp luật 12, giữa học kì 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