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Khả năng lớn lao của tiểu thuyết; Chủ đề 2 – Những thế giới thơ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Khả năng lớn lao của tiểu thuyết (tiểu thuyết hiện đại); Những thế giới thơ (thơ trung đại và hiện đại)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so sánh, đánh giá hai tác phẩm truyện hoặc Viết bài văn nghị luận so sánh, đánh giá hai tác phẩm thơ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Khả năng lớn lao của tiểu thuyết (tiểu thuyết hiện đại); Những thế giới thơ (thơ trung đại và hiện đại)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tiểu thuyết hiện đại.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trung đại và hiện đại.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biện pháp tu từ nói mỉa, nghịch ngữ: đặc điểm và tác dụng; tác dụng của một số biện pháp tu từ trong thơ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so sánh, đánh giá hai tác phẩm truyện hoặc Viết bài văn nghị luận so sánh, đánh giá hai tác phẩm thơ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yêu cầu của đề, tác phẩm cần bàn;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chủ đề và những nét đặc sắc về nội dung, nghệ thuật, có dẫn chứng từ tác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mạch lạc, lập luận thuyết phục; nêu được đánh giá, cảm nhận riêng.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smarttest.vn/vi/ma-tran-de-kiem-tra/lop-12/ngu-van/giua-ki-1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ngu-v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Ngữ văn 12</dc:title>
  <dc:subject>Ngữ văn 12 – Kết nối tri thức</dc:subject>
  <dc:creator>SmartTest</dc:creator>
  <cp:keywords>ma trận đề kiểm tra, bản đặc tả, ngữ văn 12, giữa học kì 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