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Di truyền phân tử; Chủ đề 2 – Di truyền nhiễm sắc thể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phân tử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DNA và cơ chế tái bản DNA; Gene, quá trình truyền đạt thông tin di truyền và hệ gene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Điều hoà biểu hiện gene; Đột biến gene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di truyền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nhiễm sắc thể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và chức năng của nhiễm sắc thể; Học thuyết di truyền của Mendel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phân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DNA và cơ chế tái bản DNA; Gene, quá trình truyền đạt thông tin di truyền và hệ gene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trúc, chức năng của DNA; cơ chế tái bản DNA; khái niệm gene, mã di truyền, hệ gene.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quá trình phiên mã, dịch mã; mối quan hệ DNA – mRNA – protein.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về cấu trúc DNA, tái bản, phiên mã, dịch mã.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Điều hoà biểu hiện gene; Đột biến gene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điều hoà biểu hiện gene; cấu trúc operon lac.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dạng đột biến gene; tác nhân gây đột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cơ chế điều hoà operon lac khi môi trường có và không có lactose.</w:t>
            </w:r>
          </w:p>
          <w:p>
            <w:pPr>
              <w:spacing w:after="0"/>
            </w:pPr>
            <w:r>
              <w:rPr>
                <w:sz w:val="18"/>
              </w:rPr>
              <w:t>- Giải thích cơ chế phát sinh và hậu quả của đột biến gene.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điều hoà biểu hiện gene giải thích ứng dụng trong y học, sản xuất.</w:t>
            </w:r>
          </w:p>
          <w:p>
            <w:pPr>
              <w:spacing w:after="0"/>
            </w:pPr>
            <w:r>
              <w:rPr>
                <w:sz w:val="18"/>
              </w:rPr>
              <w:t>- Xác định dạng đột biến gene và sự thay đổi của sản phẩm protein; giải thích vai trò của đột biến.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nghệ di truyền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các bước của công nghệ DNA tái tổ hợp; sinh vật biến đổi gene.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quy trình tạo sinh vật biến đổi gene; ứng dụng của công nghệ di truyền.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lợi ích, rủi ro của sinh vật biến đổi gene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Di truyền nhiễm sắc thể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và chức năng của nhiễm sắc thể; Học thuyết di truyền của Mendel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trúc, chức năng của nhiễm sắc thể; phương pháp nghiên cứu, nội dung quy luật phân li, phân li độc lập của Mendel.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nhiễm sắc thể là vật chất di truyền cấp tế bào; cơ sở tế bào học của các quy luật Mendel.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tập lai một, hai cặp tính trạng; xác định tỉ lệ kiểu gene, kiểu hình.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smarttest.vn/vi/ma-tran-de-kiem-tra/lop-12/sinh-hoc/giua-ki-1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sinh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Sinh học 12</dc:title>
  <dc:subject>Sinh học 12 – Kết nối tri thức</dc:subject>
  <dc:creator>SmartTest</dc:creator>
  <cp:keywords>ma trận đề kiểm tra, bản đặc tả, sinh học 12, giữa học kì i</cp:keywords>
  <dc:description/>
  <cp:lastModifiedBy>SmartTest</cp:lastModifiedBy>
  <cp:revision>1</cp:revision>
  <dcterms:created xsi:type="dcterms:W3CDTF">2026-10-30T05:28:21Z</dcterms:created>
  <dcterms:modified xsi:type="dcterms:W3CDTF">2026-10-30T05:28:21Z</dcterms:modified>
  <cp:category/>
</cp:coreProperties>
</file>