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đạo hàm để khảo sát và vẽ đồ thị hàm số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đạo hàm để khảo sát và vẽ đồ thị hàm số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đơn điệu và cực trị của hàm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lớn nhất và giá trị nhỏ nhất của hàm số; Đường tiệm cận của đồ thị hàm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Khảo sát sự biến thiên và vẽ đồ thị của hàm số; Ứng dụng đạo hàm để giải quyết một số vấn đề liên quan đến thực tiễn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đạo hàm để khảo sát và vẽ đồ thị hàm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đơn điệu và cực trị của hàm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khoảng đơn điệu, điểm cực trị qua bảng biến thiên, đồ thị.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Xét được tính đơn điệu, tìm cực trị của hàm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đơn điệu, cực trị của hàm số giải bài toán liên quan và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lớn nhất và giá trị nhỏ nhất của hàm số; Đường tiệm cận của đồ thị hàm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giá trị lớn nhất, nhỏ nhất, đường tiệm cận đứng, tiệm cận ngang, tiệm cận xiên của đồ thị hàm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Tìm được GTLN, GTNN trên một đoạn, một khoảng; xác định tiệm cận.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tối ưu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Khảo sát sự biến thiên và vẽ đồ thị của hàm số; Ứng dụng đạo hàm để giải quyết một số vấn đề liên quan đến thực tiễn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các bước khảo sát và dạng đồ thị của hàm bậc ba, hàm phân thức hữu tỉ.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Khảo sát, nhận dạng đồ thị; xác định giao điểm của đồ thị với các trục toạ độ.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Dùng đồ thị biện luận số nghiệm; vận dụng đạo hàm giải bài toán thực tiễn (tốc độ thay đổi, tối ưu chi phí, lợi nhuận).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12</dc:title>
  <dc:subject>Toán 12 – Kết nối tri thức</dc:subject>
  <dc:creator>SmartTest</dc:creator>
  <cp:keywords>ma trận đề kiểm tra, bản đặc tả, toán 12, giữa học kì 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