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GIỮA HỌC KÌ 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VẬT LÍ 12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Giữa học kì 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3 dạng thức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18 câu – 4,5 điểm (45%)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4 câu (16 ý) – 4 điểm (40%)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III. Trắc nghiệm trả lời ngắn: 6 câu – 1,5 điểm (15%)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Vật lí nhiệt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5347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534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5868"/>
            <w:gridSpan w:val="9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III: TN trả lời ngắn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Vật lí nhiệt</w:t>
            </w:r>
          </w:p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Cấu trúc của chất. Sự chuyển thể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Nội năng. Định luật I của nhiệt động lực học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Nhiệt độ. Thang nhiệt độ – nhiệt kế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Nhiệt dung riêng; Nhiệt nóng chảy riêng; Nhiệt hoá hơi riêng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16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40%</w:t>
            </w:r>
          </w:p>
        </w:tc>
      </w:tr>
      <w:tr>
        <w:tc>
          <w:tcPr>
            <w:tcW w:type="dxa" w:w="7457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5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40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7457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4,5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1,5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7457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7681"/>
            <w:gridSpan w:val="11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điểm); Phần III: mỗi câu 0,25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6238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6238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5103"/>
            <w:gridSpan w:val="9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6238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trả lời ngắn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6238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Vật lí nhiệt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Cấu trúc của chất. Sự chuyển thể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mô hình động học phân tử về cấu trúc chất; đặc điểm của chất rắn, lỏng, khí; các quá trình chuyển thể.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sự chuyển thể dựa trên mô hình động học phân tử.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một số hiện tượng thực tiễn liên quan đến sự nóng chảy, hoá hơi, ngưng tụ.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Nội năng. Định luật I của nhiệt động lực học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nội năng, các cách làm thay đổi nội năng; phát biểu định luật I của nhiệt động lực học.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Sử dụng đúng quy ước dấu của A, Q trong biểu thức ΔU = A + Q.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Tính được độ biến thiên nội năng của hệ trong một số quá trình thực tế.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Nhiệt độ. Thang nhiệt độ – nhiệt kế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nhiệt độ; thang nhiệt độ Celsius, Kelvin; nguyên lí hoạt động của nhiệt kế.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Chuyển đổi được nhiệt độ giữa thang Celsius và thang Kelvin; giải thích được chiều truyền năng lượng nhiệt.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hiểu biết về thang nhiệt độ, nhiệt kế giải quyết tình huống thực tiễn.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Nhiệt dung riêng; Nhiệt nóng chảy riêng; Nhiệt hoá hơi riêng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định nghĩa nhiệt dung riêng, nhiệt nóng chảy riêng, nhiệt hoá hơi riêng và đơn vị.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Tính được nhiệt lượng trong quá trình nóng lên, nóng chảy, hoá hơi.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Giải bài toán cân bằng nhiệt có chuyển thể; giải thích ứng dụng trong đời sống.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smarttest.vn/vi/ma-tran-de-kiem-tra/lop-12/vat-li/giua-ki-1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12/vat-li/giua-ki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giữa học kì i Vật lí 12</dc:title>
  <dc:subject>Vật lí 12 – Kết nối tri thức</dc:subject>
  <dc:creator>SmartTest</dc:creator>
  <cp:keywords>ma trận đề kiểm tra, bản đặc tả, vật lí 12, giữa học kì i</cp:keywords>
  <dc:description/>
  <cp:lastModifiedBy>SmartTest</cp:lastModifiedBy>
  <cp:revision>1</cp:revision>
  <dcterms:created xsi:type="dcterms:W3CDTF">2026-10-30T05:28:20Z</dcterms:created>
  <dcterms:modified xsi:type="dcterms:W3CDTF">2026-10-30T05:28:20Z</dcterms:modified>
  <cp:category/>
</cp:coreProperties>
</file>