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Công nghệ điện – điện tử: Giới thiệu chung về kĩ thuật điện tử; Chủ đề 2 – Linh kiện điện tử; Chủ đề 3 – Điện tử tương tự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điện – điện tử: Giới thiệu chung về kĩ thuật điện tử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kĩ thuật điện tử; Ngành nghề và dịch vụ trong lĩnh vực kĩ thuật điện tử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Linh kiện điện tử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Điện trở, tụ điện và cuộn cảm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Diode, transistor và mạch tích hợp IC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Mạch phát hiện dòng điện xoay chiều trong dây dẫn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Điện tử tương tự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điện tử tương tự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Khuếch đại thuật toán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Mạch khuếch đại đảo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điện – điện tử: Giới thiệu chung về kĩ thuật điện tử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kĩ thuật điện tử; Ngành nghề và dịch vụ trong lĩnh vực kĩ thuật điện tử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vai trò và triển vọng của kĩ thuật điện tử.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ngành nghề, dịch vụ phổ biến trong lĩnh vực kĩ thuật điện tử.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một số ứng dụng của kĩ thuật điện tử trong sản xuất và đời sống.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yêu cầu về trình độ, năng lực của các ngành nghề trong lĩnh vực kĩ thuật điện tử.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ứng dụng của kĩ thuật điện tử trong các thiết bị quen thuộc.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các ngành nghề trong lĩnh vực kĩ thuật điện tử.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Linh kiện điện tử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Điện trở, tụ điện và cuộn cảm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kí hiệu, công dụng, thông số kĩ thuật của điện trở, tụ điện, cuộn cảm.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trị số của điện trở, tụ điện ghi trên linh kiện.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chọn, kiểm tra được điện trở, tụ điện, cuộn cảm bằng đồng hồ vạn năng.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Diode, transistor và mạch tích hợp IC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kí hiệu, công dụng của diode, transistor và mạch tích hợp IC.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cơ bản của diode, transistor.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biết, kiểm tra được diode, transistor bằng đồng hồ vạn năng.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Mạch phát hiện dòng điện xoay chiều trong dây dẫn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các linh kiện trong mạch phát hiện dòng điện xoay chiều trong dây dẫn.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và giải thích được nguyên lí làm việc của mạch.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Lắp ráp, kiểm tra được mạch phát hiện dòng điện xoay chiều trong dây dẫn.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Điện tử tương tự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điện tử tương tự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 tín hiệu tương tự; chức năng của mạch khuếch đại, mạch tạo xung, mạch chỉnh lưu, mạch ổn áp.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một số mạch điện tử tương tự cơ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ứng dụng của mạch điện tử tương tự trong thiết bị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Khuếch đại thuật toán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kí hiệu, đặc điểm của khuếch đại thuật toán.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mạch khuếch đại đảo, khuếch đại không đảo, mạch so sánh.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hệ số khuếch đại của mạch khuếch đại dùng khuếch đại thuật toán.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Mạch khuếch đại đảo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sơ đồ và các linh kiện của mạch khuếch đại đảo.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lí làm việc của mạch khuếch đại đảo.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Lắp ráp, đo kiểm được mạch khuếch đại đảo.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smarttest.vn/vi/ma-tran-de-kiem-tra/lop-12/cong-nghe/giua-ki-2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cong-nghe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Công nghệ 12</dc:title>
  <dc:subject>Công nghệ 12 – Kết nối tri thức</dc:subject>
  <dc:creator>SmartTest</dc:creator>
  <cp:keywords>ma trận đề kiểm tra, bản đặc tả, công nghệ 12, giữa học kì ii</cp:keywords>
  <dc:description/>
  <cp:lastModifiedBy>SmartTest</cp:lastModifiedBy>
  <cp:revision>1</cp:revision>
  <dcterms:created xsi:type="dcterms:W3CDTF">2026-10-30T05:28:24Z</dcterms:created>
  <dcterms:modified xsi:type="dcterms:W3CDTF">2026-10-30T05:28:24Z</dcterms:modified>
  <cp:category/>
</cp:coreProperties>
</file>