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ĐỊA LÍ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Địa lí các ngành kinh tế; Chủ đề 2 – Địa lí các vùng kinh tế – xã hội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các ngành kinh tế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trò, các nhân tố ảnh hưởng đến sự phát triển và phân bố các ngành dịch vụ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thông vận tải và bưu chính viễn thông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Thương mại và du lịch; Thực hành: Tìm hiểu sự phát triển một số ngành dịch vụ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các vùng kinh tế – xã hội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Khai thác thế mạnh ở Trung du và miền núi phía Bắc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kinh tế – xã hội ở Đồng bằng sông Hồng; Thực hành: Tìm hiểu vấn đề phát triển kinh tế biển ở Đồng bằng sông Hồng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kinh tế – xã hội ở Bắc Trung Bộ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các ngành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trò, các nhân tố ảnh hưởng đến sự phát triển và phân bố các ngành dịch vụ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các ngành dịch vụ.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nhân tố ảnh hưởng đến sự phát triển và phân bố các ngành dịch vụ.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sự phát triển dịch vụ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thông vận tải và bưu chính viễn thông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các loại hình giao thông vận tải và bưu chính viễn thông.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phân bố mạng lưới giao thông vận tải và xu hướng phát triển của bưu chính viễn thông.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các tuyến giao thông chính, cảng biển và sân bay quốc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Thương mại và du lịch; Thực hành: Tìm hiểu sự phát triển một số ngành dịch vụ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nội thương, ngoại thương và du lịch.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nhân tố ảnh hưởng đến sự phát triển và phân bố thương mại, du lịch.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Vẽ và nhận xét được biểu đồ về xuất nhập khẩu, du lịch.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sự phát triển của một số ngành dịch vụ.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các vùng kinh tế – xã hội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Khai thác thế mạnh ở Trung du và miền núi phía Bắc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địa lí, phạm vi lãnh thổ và các thế mạnh của vùng Trung du và miền núi phía Bắc.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khả năng và hiện trạng khai thác các thế mạnh: khoáng sản, thuỷ điện, cây công nghiệp, chăn nuôi gia súc lớn, du lịch.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khai thác thế mạnh của vùng.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kinh tế – xã hội ở Đồng bằng sông Hồng; Thực hành: Tìm hiểu vấn đề phát triển kinh tế biển ở Đồng bằng sông Hồng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địa lí, phạm vi lãnh thổ và các nguồn lực phát triển kinh tế – xã hội của vùng Đồng bằng sông Hồng.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sự phát triển và chuyển dịch cơ cấu kinh tế của vùng.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kinh tế vùng Đồng bằng sông Hồng.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ngắn về phát triển kinh tế biển của vùng.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kinh tế – xã hội ở Bắc Trung Bộ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địa lí, phạm vi lãnh thổ và các nguồn lực của vùng Bắc Trung Bộ.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vấn đề phát triển nông – lâm – thuỷ sản, công nghiệp và cơ sở hạ tầng của vùng.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kinh tế vùng Bắc Trung Bộ.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smarttest.vn/vi/ma-tran-de-kiem-tra/lop-12/dia-li/giua-ki-2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dia-li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Địa lí 12</dc:title>
  <dc:subject>Địa lí 12 – Kết nối tri thức</dc:subject>
  <dc:creator>SmartTest</dc:creator>
  <cp:keywords>ma trận đề kiểm tra, bản đặc tả, địa lí 12, giữa học kì ii</cp:keywords>
  <dc:description/>
  <cp:lastModifiedBy>SmartTest</cp:lastModifiedBy>
  <cp:revision>1</cp:revision>
  <dcterms:created xsi:type="dcterms:W3CDTF">2026-10-30T05:28:23Z</dcterms:created>
  <dcterms:modified xsi:type="dcterms:W3CDTF">2026-10-30T05:28:23Z</dcterms:modified>
  <cp:category/>
</cp:coreProperties>
</file>