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Pin điện và điện phân; Chủ đề 2 – Đại cương về kim loại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Pin điện và điện phân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điện cực và nguồn điện hoá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Điện phân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Đại cương về kim loại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tạo và liên kết trong tinh thể kim loại; Tính chất vật lí và tính chất hoá học của kim loại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Kim loại trong tự nhiên và phương pháp tách kim loại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Hợp kim; Sự ăn mòn kim loại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Pin điện và điện phân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điện cực và nguồn điện hoá học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cặp oxi hoá – khử, thế điện cực chuẩn; cấu tạo pin Galvani, một số nguồn điện hoá học.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So sánh tính oxi hoá – khử dựa vào thế điện cực chuẩn; tính sức điện động chuẩn của pin.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Dự đoán chiều phản ứng oxi hoá – khử; vận dụng hiểu biết về pin, acquy trong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Điện phân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điện phân, thứ tự điện phân ở các điện cực; ứng dụng của điện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quá trình xảy ra ở các điện cực khi điện phân nóng chảy, điện phân dung dịch.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điện phân giải bài toán; giải thích ứng dụng (mạ điện, tinh chế kim loại, sản xuất nhôm).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Đại cương về kim loại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tạo và liên kết trong tinh thể kim loại; Tính chất vật lí và tính chất hoá học của kim loại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cấu tạo nguyên tử kim loại, liên kết kim loại; tính chất vật lí chung của kim loại.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tính chất vật lí chung; viết phương trình phản ứng của kim loại với phi kim, acid, nước, dung dịch muối.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dãy thế điện cực chuẩn giải bài toán kim loại tác dụng với acid, dung dịch muối.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Kim loại trong tự nhiên và phương pháp tách kim loại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trạng thái tự nhiên của kim loại; các phương pháp tách kim loại: nhiệt luyện, thuỷ luyện, điện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phương pháp tách phù hợp với từng kim loại; viết phương trình phản ứng.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khối lượng kim loại thu được; đánh giá ý nghĩa của việc tái chế kim loại.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Hợp kim; Sự ăn mòn kim loại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tính chất, ứng dụng của hợp kim; khái niệm ăn mòn hoá học, ăn mòn điện hoá.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cơ chế ăn mòn điện hoá; các phương pháp bảo vệ kim loại khỏi ăn mòn.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biện pháp chống ăn mòn kim loại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smarttest.vn/vi/ma-tran-de-kiem-tra/lop-12/hoa-hoc/giua-ki-2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hoa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Hóa học 12</dc:title>
  <dc:subject>Hóa học 12 – Kết nối tri thức</dc:subject>
  <dc:creator>SmartTest</dc:creator>
  <cp:keywords>ma trận đề kiểm tra, bản đặc tả, hóa học 12, giữa học kì ii</cp:keywords>
  <dc:description/>
  <cp:lastModifiedBy>SmartTest</cp:lastModifiedBy>
  <cp:revision>1</cp:revision>
  <dcterms:created xsi:type="dcterms:W3CDTF">2026-10-30T05:28:21Z</dcterms:created>
  <dcterms:modified xsi:type="dcterms:W3CDTF">2026-10-30T05:28:21Z</dcterms:modified>
  <cp:category/>
</cp:coreProperties>
</file>