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Cách mạng tháng Tám năm 1945, chiến tranh giải phóng dân tộc và chiến tranh bảo vệ Tổ quốc trong lịch sử Việt Nam (từ tháng 8 năm 1945 đến nay); Chủ đề 2 – Công cuộc Đổi mới ở Việt Nam từ năm 1986 đến nay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tháng Tám năm 1945, chiến tranh giải phóng dân tộc và chiến tranh bảo vệ Tổ quốc trong lịch sử Việt Nam (từ tháng 8 năm 1945 đến nay)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Mỹ, cứu nước (1954 – 1975)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đấu tranh bảo vệ Tổ quốc từ sau tháng 4 – 1975 đến nay. Một số bài học lịch sử của các cuộc kháng chiến bảo vệ Tổ quốc từ năm 1945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cuộc Đổi mới ở Việt Nam từ năm 1986 đến nay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công cuộc Đổi mới từ năm 1986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Thành tựu cơ bản và bài học của công cuộc Đổi mới ở Việt Nam từ năm 1986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tháng Tám năm 1945, chiến tranh giải phóng dân tộc và chiến tranh bảo vệ Tổ quốc trong lịch sử Việt Nam (từ tháng 8 năm 1945 đến nay)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Mỹ, cứu nước (1954 – 1975)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thắng lợi tiêu biểu của cuộc kháng chiến chống Mỹ, cứu nước (1954 – 1975).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 và ý nghĩa lịch sử của cuộc kháng chiến chống Mỹ, cứu nước.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cuộc Tổng tiến công và nổi dậy mùa Xuân năm 1975.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đấu tranh bảo vệ Tổ quốc từ sau tháng 4 – 1975 đến nay. Một số bài học lịch sử của các cuộc kháng chiến bảo vệ Tổ quốc từ năm 1945 đến nay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của cuộc đấu tranh bảo vệ biên giới Tây Nam, biên giới phía Bắc và chủ quyền ở Biển Đông từ sau tháng 4 – 1975.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một số bài học lịch sử của các cuộc kháng chiến bảo vệ Tổ quốc từ năm 1945 đến nay.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bài học lịch sử vào nhận thức sự nghiệp xây dựng và bảo vệ Tổ quốc hiện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cuộc Đổi mới ở Việt Nam từ năm 1986 đến nay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công cuộc Đổi mới từ năm 1986 đến nay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bối cảnh lịch sử và các giai đoạn của công cuộc Đổi mới từ năm 1986 đến nay.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nội dung chính của đường lối Đổi mới.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ý nghĩa của đường lối Đổi mới năm 1986.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Thành tựu cơ bản và bài học của công cuộc Đổi mới ở Việt Nam từ năm 1986 đến nay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cơ bản của công cuộc Đổi mới về kinh tế, chính trị, xã hội, văn hoá, hội nhập quốc tế.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một số bài học kinh nghiệm của công cuộc Đổi mới.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thành tựu của công cuộc Đổi mới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smarttest.vn/vi/ma-tran-de-kiem-tra/lop-12/lich-su/giua-ki-2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lich-su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Lịch sử 12</dc:title>
  <dc:subject>Lịch sử 12 – Kết nối tri thức</dc:subject>
  <dc:creator>SmartTest</dc:creator>
  <cp:keywords>ma trận đề kiểm tra, bản đặc tả, lịch sử 12, giữa học kì ii</cp:keywords>
  <dc:description/>
  <cp:lastModifiedBy>SmartTest</cp:lastModifiedBy>
  <cp:revision>1</cp:revision>
  <dcterms:created xsi:type="dcterms:W3CDTF">2026-10-30T05:28:22Z</dcterms:created>
  <dcterms:modified xsi:type="dcterms:W3CDTF">2026-10-30T05:28:22Z</dcterms:modified>
  <cp:category/>
</cp:coreProperties>
</file>