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SINH HỌC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18 câu – 4,5 điểm (45%)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1,5 điểm (15%)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Bằng chứng và các học thuyết tiến hoá; Chủ đề 2 – Môi trường và sinh thái học quần thể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Bằng chứng và các học thuyết tiến hoá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bằng chứng tiến hoá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Quan niệm của Darwin về chọn lọc tự nhiên và hình thành loài; Học thuyết tiến hoá tổng hợp hiện đại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Tiến hoá lớn và quá trình phát sinh chủng loại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Môi trường và sinh thái học quần thể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Môi trường và các nhân tố sinh thái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Sinh thái học quần thể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4,5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1,5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Bằng chứng và các học thuyết tiến hoá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bằng chứng tiến hoá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bằng chứng tiến hoá: hoá thạch, giải phẫu so sánh, tế bào học, sinh học phân tử.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cơ quan tương đồng và cơ quan tương tự; giải thích ý nghĩa của các bằng chứng tiến hoá.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các bằng chứng chứng minh nguồn gốc chung của sinh giới.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Quan niệm của Darwin về chọn lọc tự nhiên và hình thành loài; Học thuyết tiến hoá tổng hợp hiện đại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quan niệm của Darwin về chọn lọc tự nhiên; các nhân tố tiến hoá; khái niệm loài sinh học, các cơ chế cách li.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vai trò của các nhân tố tiến hoá; quá trình hình thành quần thể thích nghi, hình thành loài.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thích hiện tượng kháng thuốc, các đặc điểm thích nghi của sinh vật.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Tiến hoá lớn và quá trình phát sinh chủng loại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tiến hoá lớn; các giai đoạn phát sinh sự sống; các đại địa chất.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quá trình phát sinh chủng loại, sự phát triển của sinh giới qua các đại địa chất và sự phát sinh loài người.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Sắp xếp các sự kiện tiến hoá; giải thích sự tuyệt chủng, bùng nổ của các nhóm sinh vật.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Môi trường và sinh thái học quần thể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Môi trường và các nhân tố sinh thái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môi trường, nhân tố sinh thái, giới hạn sinh thái, ổ sinh thái.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tác động của nhân tố sinh thái; sự thích nghi của sinh vật với ánh sáng, nhiệt độ.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giới hạn sinh thái trong trồng trọt, chăn nuôi.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Sinh thái học quần thể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quần thể và các đặc trưng cơ bản (kích thước, mật độ, kiểu phân bố, tỉ lệ giới tính, nhóm tuổi).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các mối quan hệ trong quần thể; các kiểu tăng trưởng quần thể.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Tính kích thước, mật độ quần thể; vận dụng trong khai thác, bảo vệ tài nguyên sinh vật.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smarttest.vn/vi/ma-tran-de-kiem-tra/lop-12/sinh-hoc/giua-ki-2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sinh-hoc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Sinh học 12</dc:title>
  <dc:subject>Sinh học 12 – Kết nối tri thức</dc:subject>
  <dc:creator>SmartTest</dc:creator>
  <cp:keywords>ma trận đề kiểm tra, bản đặc tả, sinh học 12, giữa học kì ii</cp:keywords>
  <dc:description/>
  <cp:lastModifiedBy>SmartTest</cp:lastModifiedBy>
  <cp:revision>1</cp:revision>
  <dcterms:created xsi:type="dcterms:W3CDTF">2026-10-30T05:28:22Z</dcterms:created>
  <dcterms:modified xsi:type="dcterms:W3CDTF">2026-10-30T05:28:22Z</dcterms:modified>
  <cp:category/>
</cp:coreProperties>
</file>