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Giải quyết vấn đề với sự trợ giúp của máy tính; Chủ đề 2 – Hướng nghiệp với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vai trò của CSS; Định dạng văn bản bằng CSS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màu cho chữ và nền; Định dạng khung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mức ưu tiên của bộ chọn; Thực hành tổng hợp thiết kế trang web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sửa chữa và bảo trì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Nhóm nghề quản trị thuộc ngành Công nghệ thông tin; Hội thảo hướng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vai trò của CSS; Định dạng văn bản bằng CSS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CSS và cấu trúc mẫu định dạng: bộ chọn, thuộc tính, giá trị.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thuộc tính CSS định dạng phông chữ, cỡ chữ, căn lề.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CSS và các cách khai báo CSS.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của các thuộc tính định dạng văn bản bằng CSS.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mẫu định dạng CSS đơn giản cho trang web.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văn bản trên trang web bằng CSS.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màu cho chữ và nền; Định dạng khung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thuộc tính color, background và cách biểu diễn màu.</w:t>
            </w:r>
          </w:p>
          <w:p>
            <w:pPr>
              <w:spacing w:after="0"/>
            </w:pPr>
            <w:r>
              <w:rPr>
                <w:sz w:val="18"/>
              </w:rPr>
              <w:t>- Nêu được mô hình hộp và các thuộc tính margin, border, padding.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thiết lập màu theo tên, mã RGB, mã hex.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các thuộc tính khung đến bố cục trang web.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màu chữ, màu nền cho các phần tử trang web.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khung cho các phần tử trang web.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mức ưu tiên của bộ chọn; Thực hành tổng hợp thiết kế trang web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loại bộ chọn: phần tử, lớp (class), định danh (id).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thứ tự ưu tiên khi nhiều mẫu định dạng cùng áp dụng cho một phần tử.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định dạng cuối cùng của phần tử khi có nhiều bộ chọn.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trang web hoàn chỉnh kết hợp HTML và CSS.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sửa chữa và bảo trì máy tính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việc chính của nghề dịch vụ sửa chữa và bảo trì máy tính.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về kiến thức, kĩ năng của nghề sửa chữa, bảo trì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hiểu được thông tin về ngành nghề, cơ sở đào tạo liên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Nhóm nghề quản trị thuộc ngành Công nghệ thông tin; Hội thảo hướng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nghề quản trị: quản trị mạng, quản trị hệ thống, quản trị cơ sở dữ liệu, an toàn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công việc và yêu cầu năng lực của các nghề quản trị.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nhóm nghề quản trị.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12</dc:title>
  <dc:subject>Tin học 12 – Kết nối tri thức</dc:subject>
  <dc:creator>SmartTest</dc:creator>
  <cp:keywords>ma trận đề kiểm tra, bản đặc tả, tin học 12, giữa học kì ii</cp:keywords>
  <dc:description/>
  <cp:lastModifiedBy>SmartTest</cp:lastModifiedBy>
  <cp:revision>1</cp:revision>
  <dcterms:created xsi:type="dcterms:W3CDTF">2026-10-30T05:28:23Z</dcterms:created>
  <dcterms:modified xsi:type="dcterms:W3CDTF">2026-10-30T05:28:23Z</dcterms:modified>
  <cp:category/>
</cp:coreProperties>
</file>