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Nguyên hàm và tích phân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hàm và tích phân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hàm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dụng hình học của tích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hàm và tích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hàm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khái niệm nguyên hàm, bảng nguyên hàm cơ bản, tính chất của nguyên hàm.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Tìm được nguyên hàm của hàm đa thức, hàm luỹ thừa, hàm lượng giác, hàm mũ và hàm số y = 1/x.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hàm số khi biết đạo hàm và điều kiện; ứng dụng vật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định nghĩa, tính chất, ý nghĩa của tích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tích phân dựa vào nguyên hàm và tính chất của tích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tích phân tính quãng đường, sự thay đổi của đại lượng trong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dụng hình học của tích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công thức tính diện tích hình phẳng, thể tích vật thể, thể tích khối tròn xoay bằng tích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diện tích hình phẳng giới hạn bởi các đường, thể tích khối tròn xoay khi quay hình phẳng quanh trục Ox.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tích phân tính diện tích, thể tích trong bài toán thực tiễn (thiết kế, kiến trúc).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12</dc:title>
  <dc:subject>Toán 12 – Kết nối tri thức</dc:subject>
  <dc:creator>SmartTest</dc:creator>
  <cp:keywords>ma trận đề kiểm tra, bản đặc tả, toán 12, giữa học kì ii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