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trường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trường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Từ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Lực từ tác dụng lên dây dẫn mang dòng điện. Cảm ứng từ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Từ thông. Hiện tượng cảm ứng điện từ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Máy phát điện xoay chiều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trường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Từ trường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từ trường, đường sức từ; từ trường của nam châm, dòng điện thẳng, ống dây.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chiều đường sức từ bằng quy tắc nắm tay phải; mô tả được từ phổ.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từ trường giải thích một số ứng dụng (la bàn, nam châm điện).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Lực từ tác dụng lên dây dẫn mang dòng điện. Cảm ứng từ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 cảm ứng từ, đơn vị tesla; biểu thức lực từ F = BIlsinθ.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chiều lực từ bằng quy tắc bàn tay trái; tính được độ lớn lực từ.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biểu thức lực từ giải bài toán về khung dây, cân dòng điện.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Từ thông. Hiện tượng cảm ứng điện từ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 từ thông, hiện tượng cảm ứng điện từ; phát biểu định luật Faraday, định luật Lenz.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chiều dòng điện cảm ứng; tính được từ thông, suất điện động cảm ứng.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Faraday, Lenz giải bài toán khung dây, thanh dẫn chuyển động trong từ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Máy phát điện xoay chiều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nguyên tắc hoạt động của máy phát điện xoay chiều; các đại lượng đặc trưng của dòng điện xoay chiều.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hiệu dụng, chu kì, tần số của dòng điện xoay chiều.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dòng điện xoay chiều trong sử dụng điện an toàn, tiết kiệm.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smarttest.vn/vi/ma-tran-de-kiem-tra/lop-12/vat-li/giua-ki-2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vat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Vật lí 12</dc:title>
  <dc:subject>Vật lí 12 – Kết nối tri thức</dc:subject>
  <dc:creator>SmartTest</dc:creator>
  <cp:keywords>ma trận đề kiểm tra, bản đặc tả, vật lí 12, giữa học kì ii</cp:keywords>
  <dc:description/>
  <cp:lastModifiedBy>SmartTest</cp:lastModifiedBy>
  <cp:revision>1</cp:revision>
  <dcterms:created xsi:type="dcterms:W3CDTF">2026-10-30T05:28:21Z</dcterms:created>
  <dcterms:modified xsi:type="dcterms:W3CDTF">2026-10-30T05:28:21Z</dcterms:modified>
  <cp:category/>
</cp:coreProperties>
</file>