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CUỐI HỌC KÌ 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CÔNG NGHỆ 6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Cuối học kì 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tự luận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12 câu – 3 điểm (30%)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2 câu (8 ý)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III. Trắc nghiệm trả lời ngắn: 4 câu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IV. Tự luận: 3 câu – 3 điểm (30%)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Nhà ở; Chủ đề 2 – Bảo quản và chế biến thực phẩm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3391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3391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82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III: TN trả lời ngắn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IV: Tự luận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Nhà ở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Khái quát về nhà ở; Xây dựng nhà ở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12,5%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Ngôi nhà thông minh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12,5%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Bảo quản và chế biến thực phẩm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Thực phẩm và dinh dưỡng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Phương pháp bảo quản và chế biến thực phẩm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8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Dự án: Bữa ăn kết nối yêu thương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7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27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9637"/>
            <w:gridSpan w:val="14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điểm); Phần III: mỗi câu 0,5 điểm; Phần IV: mỗi câu 1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453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453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680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trả lời ngắn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Tự luận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Nhà ở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Khái quát về nhà ở; Xây dựng nhà ở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vai trò và đặc điểm chung của nhà ở; kể được một số kiểu kiến trúc nhà ở đặc trưng ở Việt Nam.</w:t>
            </w:r>
          </w:p>
          <w:p>
            <w:pPr>
              <w:spacing w:after="0"/>
            </w:pPr>
            <w:r>
              <w:rPr>
                <w:sz w:val="18"/>
              </w:rPr>
              <w:t>- Kể tên được một số vật liệu xây dựng nhà ở; nêu được các bước chính để xây dựng một ngôi nhà.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các kiểu nhà ở đặc trưng theo vùng miền, điều kiện tự nhiên.</w:t>
            </w:r>
          </w:p>
          <w:p>
            <w:pPr>
              <w:spacing w:after="0"/>
            </w:pPr>
            <w:r>
              <w:rPr>
                <w:sz w:val="18"/>
              </w:rPr>
              <w:t>- Sắp xếp đúng trình tự các bước xây dựng nhà ở; giải thích được vai trò của vật liệu xây dựng.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Ngôi nhà thông minh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đặc điểm của ngôi nhà thông minh; kể tên được một số hệ thống trong ngôi nhà thông minh.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Đề xuất được việc làm cụ thể để sử dụng năng lượng trong gia đình tiết kiệm, hiệu quả.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Bảo quản và chế biến thực phẩm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Thực phẩm và dinh dưỡng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một số nhóm thực phẩm chính và giá trị dinh dưỡng của từng nhóm đối với sức khoẻ con người.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loại được thực phẩm theo nhóm chất dinh dưỡng; giải thích được ý nghĩa của bữa ăn hợp lí.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Đề xuất được một số loại thực phẩm cần thiết có trong bữa ăn gia đình; hình thành thói quen ăn uống khoa học.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Phương pháp bảo quản và chế biến thực phẩm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vai trò, ý nghĩa của bảo quản và chế biến thực phẩm; một số phương pháp bảo quản, chế biến thực phẩm phổ biến.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ưu, nhược điểm của các phương pháp bảo quản, chế biến thực phẩm và yêu cầu an toàn vệ sinh thực phẩm.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Lựa chọn được phương pháp bảo quản, chế biến phù hợp; thực hiện được một món ăn không sử dụng nhiệt đảm bảo vệ sinh.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Dự án: Bữa ăn kết nối yêu thương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các bước xây dựng thực đơn cho bữa ăn gia đình.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Xây dựng được thực đơn và tính toán được chi phí cho một bữa ăn gia đình đảm bảo dinh dưỡng, tiết kiệm.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smarttest.vn/vi/ma-tran-de-kiem-tra/lop-6/cong-nghe/cuoi-ki-1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6/cong-nghe/cuoi-ki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cuối học kì i Công nghệ 6</dc:title>
  <dc:subject>Công nghệ 6 – Kết nối tri thức</dc:subject>
  <dc:creator>SmartTest</dc:creator>
  <cp:keywords>ma trận đề kiểm tra, bản đặc tả, công nghệ 6, cuối học kì i</cp:keywords>
  <dc:description/>
  <cp:lastModifiedBy>SmartTest</cp:lastModifiedBy>
  <cp:revision>1</cp:revision>
  <dcterms:created xsi:type="dcterms:W3CDTF">2026-10-30T05:27:59Z</dcterms:created>
  <dcterms:modified xsi:type="dcterms:W3CDTF">2026-10-30T05:27:59Z</dcterms:modified>
  <cp:category/>
</cp:coreProperties>
</file>