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Tôi và các bạn; Chủ đề 2 – Gõ cửa trái tim; Chủ đề 3 – Yêu thương và chia sẻ; Chủ đề 4 – Quê hương yêu dấu; Chủ đề 5 – Những nẻo đường xứ sở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Yêu thương và chia sẻ (truyện ngắn); Quê hương yêu dấu (thơ lục bát); Những nẻo đường xứ sở (kí, du kí)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thể hiện cảm xúc về một bài thơ lục bát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kể lại một trải nghiệm của em hoặc Viết bài văn tả cảnh sinh hoạt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Yêu thương và chia sẻ (truyện ngắn); Quê hương yêu dấu (thơ lục bát); Những nẻo đường xứ sở (kí, du kí)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ngắn.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thể thơ, vần, nhịp, hình ảnh, từ ngữ và biện pháp tu từ trong thơ lục bát.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người kể chuyện, cảnh vật, con người, sự việc được ghi chép trong kí, du kí.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Hiểu được tình cảm, cảm xúc của chủ thể trữ tình; nêu được chủ đề,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dụng của các yếu tố hình thức (thể thơ, hình ảnh, biện pháp tu từ).</w:t>
            </w:r>
          </w:p>
          <w:p>
            <w:pPr>
              <w:spacing w:after="0"/>
            </w:pPr>
            <w:r>
              <w:rPr>
                <w:sz w:val="18"/>
              </w:rPr>
              <w:t>- Hiểu được cảm xúc, thái độ của người viết; phân tích được tác dụng của yếu tố tự sự, miêu tả, biểu cảm.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cụm danh từ; cụm động từ và cụm tính từ; từ đồng âm và từ đa nghĩa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nhận, suy nghĩ của bản thân về một chi tiết, hình ảnh hoặc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Nêu được ấn tượng, suy nghĩ của bản thân về vẻ đẹp con người, cảnh vật được thể hiện trong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thể hiện cảm xúc về một bài thơ lục bát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kể lại một trải nghiệm của em hoặc Viết bài văn tả cảnh sinh hoạt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kiểu bài, ngôi kể và các sự việc chính.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đối tượng cần tả hoặc bày tỏ cảm xúc; bảo đảm hình thức đoạn văn, bài văn.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Sắp xếp sự việc theo trình tự hợp lí; kết hợp kể với miêu tả, biểu cảm.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hoàn chỉnh, rút ra được ý nghĩa; diễn đạt sáng tạo.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smarttest.vn/vi/ma-tran-de-kiem-tra/lop-6/ngu-van/cuoi-ki-1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ngu-v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Ngữ văn 6</dc:title>
  <dc:subject>Ngữ văn 6 – Kết nối tri thức</dc:subject>
  <dc:creator>SmartTest</dc:creator>
  <cp:keywords>ma trận đề kiểm tra, bản đặc tả, ngữ văn 6, cuối học kì i</cp:keywords>
  <dc:description/>
  <cp:lastModifiedBy>SmartTest</cp:lastModifiedBy>
  <cp:revision>1</cp:revision>
  <dcterms:created xsi:type="dcterms:W3CDTF">2026-10-30T05:27:56Z</dcterms:created>
  <dcterms:modified xsi:type="dcterms:W3CDTF">2026-10-30T05:27:56Z</dcterms:modified>
  <cp:category/>
</cp:coreProperties>
</file>