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My new school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My house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My friends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My neighbourhood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Natural wonders of Viet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Our Tet holiday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/ɑː/ – /ʌ/; final sounds /s/ – /z/; /b/ – /p/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/ɪ/ – /iː/; /t/ – /d/; /s/ – /ʃ/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My new school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đồ dùng học tập, hoạt động ở trường; động từ play, do, have, study + danh từ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đơn và trạng từ chỉ tần suất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new school"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đơn và trạng từ chỉ tần suất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đơn và trạng từ chỉ tần suất cùng từ vựng chủ điểm "My new school"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My house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kiểu nhà, phòng và đồ đạc trong nhà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sở hữu cách và giới từ chỉ vị trí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house"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sở hữu cách và giới từ chỉ vị trí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sở hữu cách và giới từ chỉ vị trí cùng từ vựng chủ điểm "My house"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My friends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bộ phận cơ thể, ngoại hình; tính từ chỉ tính cách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tiếp diễn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friends"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tiếp diễn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tiếp diễn cùng từ vựng chủ điểm "My friends"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My neighbourhood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địa điểm trong khu phố (Unit 4).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hơn của tính từ (Unit 4).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neighbourhood" trong ngữ cảnh (Unit 4).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hơn của tính từ trong ngữ cảnh (Unit 4).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hơn của tính từ cùng từ vựng chủ điểm "My neighbourhood" để hoàn thành câu, viết lại câu (Unit 4).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Natural wonders of Viet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cảnh quan thiên nhiên; đồ dùng khi đi du lịch (Unit 5).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danh từ đếm được và không đếm được và động từ khuyết thiếu must / mustn't (Unit 5).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"Natural wonders of Viet Nam" trong ngữ cảnh (Unit 5).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danh từ đếm được và không đếm được và động từ khuyết thiếu must / mustn't trong ngữ cảnh (Unit 5).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danh từ đếm được và không đếm được và động từ khuyết thiếu must / mustn't cùng từ vựng chủ điểm "Natural wonders of Viet Nam" để hoàn thành câu, viết lại câu (Unit 5).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Our Tet holiday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đồ vật và hoạt động ngày Tết (Unit 6).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should / shouldn't để đưa ra lời khuyên và some / any chỉ số lượng (Unit 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"Our Tet holiday" trong ngữ cảnh (Unit 6).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should / shouldn't để đưa ra lời khuyên và some / any chỉ số lượng trong ngữ cảnh (Unit 6).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should / shouldn't để đưa ra lời khuyên và some / any chỉ số lượng cùng từ vựng chủ điểm "Our Tet holiday" để hoàn thành câu, viết lại câu (Unit 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/ɑː/ – /ʌ/; final sounds /s/ – /z/; /b/ – /p/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/ɑː/ và /ʌ/; âm cuối /s/ và /z/; âm /b/ và /p/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trường học mới; ngôi nhà; bạn bè.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trường học mới; ngôi nhà; bạn bè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trường học mới; ngôi nhà; bạn bè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trường học mới; ngôi nhà; bạn bè.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hiện tại đơn; sở hữu cách; thì hiện tại tiếp diễn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trường học mới; ngôi nhà; bạn bè.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/ɪ/ – /iː/; /t/ – /d/; /s/ – /ʃ/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/ɪ/ và /iː/; âm /t/ và /d/; âm /s/ và /ʃ/ (Units 4–6).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khu phố; kì quan thiên nhiên Việt Nam; ngày Tết.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khu phố; kì quan thiên nhiên Việt Nam; ngày Tết (Units 4–6).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khu phố; kì quan thiên nhiên Việt Nam; ngày Tết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khu phố; kì quan thiên nhiên Việt Nam; ngày Tết.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4–6.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so sánh hơn của tính từ; danh từ đếm được và không đếm được; should / shouldn't để đưa ra lời khuyên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4–6.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khu phố; kì quan thiên nhiên Việt Nam; ngày Tết.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smarttest.vn/vi/ma-tran-de-kiem-tra/lop-6/tieng-anh/cuoi-ki-1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eng-anh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Tiếng Anh 6</dc:title>
  <dc:subject>Tiếng Anh 6 – Kết nối tri thức</dc:subject>
  <dc:creator>SmartTest</dc:creator>
  <cp:keywords>ma trận đề kiểm tra, bản đặc tả, tiếng anh 6, cuối học kì i</cp:keywords>
  <dc:description/>
  <cp:lastModifiedBy>SmartTest</cp:lastModifiedBy>
  <cp:revision>1</cp:revision>
  <dcterms:created xsi:type="dcterms:W3CDTF">2026-10-30T05:27:57Z</dcterms:created>
  <dcterms:modified xsi:type="dcterms:W3CDTF">2026-10-30T05:27:57Z</dcterms:modified>
  <cp:category/>
</cp:coreProperties>
</file>