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Tập hợp các số tự nhiên; Chủ đề 2 – Tính chia hết trong tập hợp các số tự nhiên; Chủ đề 3 – Số nguyên; Chủ đề 4 – Một số hình phẳng trong thực tiễn; Chủ đề 5 – Tính đối xứng của hình phẳng trong tự nhiên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Tập hợp các số tự nhiên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hợp; Cách ghi số tự nhiên; Thứ tự trong tập hợp các số tự nhiên; Phép cộng và phép trừ số tự nhiên; Phép nhân và phép chia số tự nhiên; Luỹ thừa với số mũ tự nhiên; Thứ tự thực hiện các phép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chia hết trong tập hợp các số tự nhiên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hệ chia hết và tính chất; Dấu hiệu chia hết; Số nguyên tố; Ước chung. Ước chung lớn nhất; Bội chung. Bội chung nhỏ nhất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nguyên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các số nguyên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số nguyên; Quy tắc dấu ngoặc; Phép nhân số nguyên; Phép chia hết. Ước và bội của một số nguyên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phẳng trong thực tiễn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tam giác đều. Hình vuông. Hình lục giác đều; Hình chữ nhật. Hình thoi. Hình bình hành. Hình thang cân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 vi và diện tích của một số tứ giác đã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đối xứng của hình phẳng trong tự nhiên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có trục đối xứng; Hình có tâm đối xứng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Tập hợp các số tự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hợp; Cách ghi số tự nhiên; Thứ tự trong tập hợp các số tự nhiên; Phép cộng và phép trừ số tự nhiên; Phép nhân và phép chia số tự nhiên; Luỹ thừa với số mũ tự nhiên; Thứ tự thực hiện các phép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tập hợp, phần tử thuộc tập hợp, tập hợp các số tự nhiên.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cách ghi số tự nhiên trong hệ thập phân, số La Mã; thứ tự trong tập hợp các số tự nhiên.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tính chất của phép cộng, phép nhân; phép chia hết, phép chia có dư; luỹ thừa với số mũ tự nhiên.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tập hợp bằng cách liệt kê các phần tử hoặc chỉ ra tính chất đặc trưng; so sánh được hai số tự nhiên.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tính cộng, trừ, nhân, chia, nâng lên luỹ thừa trong tập hợp số tự nhiên đúng thứ tự; tính nhẩm, tính nhanh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cách ghi số và thứ tự các số tự nhiên vào tình huống thực tiễn đơn giản.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với số tự nhiên để giải quyết bài toán thực tiễn (tính tiền mua sắm, lượng hàng, chi phí…).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chia hết trong tập hợp các số tự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 hệ chia hết và tính chất; Dấu hiệu chia hết; Số nguyên tố; Ước chung. Ước chung lớn nhất; Bội chung. Bội chung nhỏ nhất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quan hệ chia hết, khái niệm ước và bội; dấu hiệu chia hết cho 2, 5, 9, 3.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nguyên tố, hợp số; ước chung, ước chung lớn nhất, bội chung, bội chung nhỏ nhất.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tính chất chia hết của một tổng và dấu hiệu chia hết để xác định một số, một tổng có chia hết cho một số hay không.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một số tự nhiên lớn hơn 1 ra thừa số nguyên tố; xác định được ƯCLN, BCNN của hai hoặc ba số tự nhiên.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và dấu hiệu chia hết vào giải quyết bài toán thực tiễn (chia đều, xếp hàng…).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ƯCLN, BCNN để giải quyết bài toán thực tiễn (chia nhóm, xếp hàng, lịch lặp lại…).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Số nguyên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các số nguyên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số nguyên âm, tập hợp các số nguyên, số đối của một số nguyên; biểu diễn được số nguyên trên trục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được hai số nguyên; sắp xếp được dãy số nguyên theo thứ tự.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cộng và phép trừ số nguyên; Quy tắc dấu ngoặc; Phép nhân số nguyên; Phép chia hết. Ước và bội của một số nguyên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cộng, trừ, nhân hai số nguyên, quy tắc dấu ngoặc; ước và bội của một số nguyên.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tính cộng, trừ, nhân, chia hết trong tập hợp số nguyên; vận dụng tính chất các phép tính để tính nhanh, tính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với số nguyên để giải quyết bài toán thực tiễn (nhiệt độ, lãi lỗ, độ cao…).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phẳng trong thực tiễn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tam giác đều. Hình vuông. Hình lục giác đều; Hình chữ nhật. Hình thoi. Hình bình hành. Hình thang cân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dạng được tam giác đều, hình vuông, lục giác đều, hình chữ nhật, hình thoi, hình bình hành, hình thang cân.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 vi và diện tích của một số tứ giác đã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công thức tính chu vi, diện tích hình vuông, hình chữ nhật, hình thoi, hình bình hành, hình thang.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chu vi, diện tích của các hình đã học khi biết các yếu tố cần thiết.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chu vi, diện tích các hình đã học (lát nền, làm hàng rào, trồng cây…).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Tính đối xứng của hình phẳng trong tự nhiên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có trục đối xứng; Hình có tâm đối xứng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trục đối xứng, tâm đối xứng của một hình phẳng; hình có trục đối xứng, hình có tâm đối xứng.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smarttest.vn/vi/ma-tran-de-kiem-tra/lop-6/toan/cuoi-ki-1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to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Toán 6</dc:title>
  <dc:subject>Toán 6 – Kết nối tri thức</dc:subject>
  <dc:creator>SmartTest</dc:creator>
  <cp:keywords>ma trận đề kiểm tra, bản đặc tả, toán 6, cuối học kì i</cp:keywords>
  <dc:description/>
  <cp:lastModifiedBy>SmartTest</cp:lastModifiedBy>
  <cp:revision>1</cp:revision>
  <dcterms:created xsi:type="dcterms:W3CDTF">2026-10-30T05:27:56Z</dcterms:created>
  <dcterms:modified xsi:type="dcterms:W3CDTF">2026-10-30T05:27:56Z</dcterms:modified>
  <cp:category/>
</cp:coreProperties>
</file>