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kĩ năng sống; Chủ đề 2 – Giáo dục kinh tế; Chủ đề 3 – Giáo dục pháp luật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phó với tình huống nguy hiểm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Tiết kiệm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pháp luật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dân nước Cộng hoà xã hội chủ nghĩa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và nghĩa vụ cơ bản của công dân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cơ bản của trẻ em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hiện quyền trẻ em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phó với tình huống nguy hiểm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tình huống nguy hiểm từ tự nhiên và con người đối với trẻ em.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Nêu được hậu quả của những tình huống nguy hiểm và cách ứng phó với một số tình huống nguy hiểm.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hành được cách ứng phó trước một số tình huống nguy hiểm để đảm bảo an toàn.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Tiết kiệm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tiết kiệm (thời gian, tiền bạc, đồ dùng, điện, nước,...).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tiết kiệm; nhận xét, đánh giá việc thực hành tiết kiệm của bản thân và người xung quanh.</w:t>
            </w:r>
          </w:p>
          <w:p>
            <w:pPr>
              <w:spacing w:after="0"/>
            </w:pPr>
            <w:r>
              <w:rPr>
                <w:sz w:val="18"/>
              </w:rPr>
              <w:t>- Phê phán những biểu hiện lãng phí.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hành tiết kiệm trong cuộc sống, học tập.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pháp luật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dân nước Cộng hoà xã hội chủ nghĩa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công dân; căn cứ xác định công dân nước Cộng hoà xã hội chủ nghĩa Việt Nam là quốc tịch.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công dân Việt Nam với người nước ngoài, người không quốc tịch trong trường hợp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và nghĩa vụ cơ bản của công dân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định của Hiến pháp nước Cộng hoà xã hội chủ nghĩa Việt Nam về quyền và nghĩa vụ cơ bản của công dân.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hành vi thực hiện và hành vi vi phạm quyền, nghĩa vụ cơ bản của công dân.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một số quyền và nghĩa vụ cơ bản của công dân phù hợp với lứa tuổi.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cơ bản của trẻ em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quyền cơ bản của trẻ em; ý nghĩa của quyền trẻ em.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hành vi thực hiện quyền trẻ em và hành vi vi phạm quyền trẻ em.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Bày tỏ thái độ phản đối những hành vi vi phạm quyền trẻ em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hiện quyền trẻ em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trách nhiệm của gia đình, nhà trường, xã hội trong việc thực hiện quyền trẻ em.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xét, đánh giá được việc thực hiện quyền trẻ em của bản thân, gia đình, nhà trường, cộng đồng.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tốt quyền và bổn phận của trẻ em; bày tỏ được nhu cầu để thực hiện tốt hơn quyền trẻ em.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smarttest.vn/vi/ma-tran-de-kiem-tra/lop-6/gdcd/cuoi-ki-2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gdcd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Giáo dục công dân 6</dc:title>
  <dc:subject>Giáo dục công dân 6 – Kết nối tri thức</dc:subject>
  <dc:creator>SmartTest</dc:creator>
  <cp:keywords>ma trận đề kiểm tra, bản đặc tả, giáo dục công dân 6, cuối học kì ii</cp:keywords>
  <dc:description/>
  <cp:lastModifiedBy>SmartTest</cp:lastModifiedBy>
  <cp:revision>1</cp:revision>
  <dcterms:created xsi:type="dcterms:W3CDTF">2026-10-30T05:27:59Z</dcterms:created>
  <dcterms:modified xsi:type="dcterms:W3CDTF">2026-10-30T05:27:59Z</dcterms:modified>
  <cp:category/>
</cp:coreProperties>
</file>