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Đạo đức, pháp luật và văn hoá trong môi trường số; Chủ đề 2 – Ứng dụng tin học; Chủ đề 3 – Giải quyết vấn đề với sự trợ giúp của máy tính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thông tin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đồ tư duy; Định dạng văn bản; Trình bày thông tin ở dạng bảng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Tìm kiếm và thay thế; Thực hành tổng hợp: Hoàn thiện sổ lưu niệm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cấu trúc điều khiển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Chương trình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thông tin trên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tác hại và nguy cơ bị hại khi tham gia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tầm quan trọng của sự an toàn và hợp pháp của thông tin cá nhân và tập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đồ tư duy; Định dạng văn bản; Trình bày thông tin ở dạng bảng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thành phần của sơ đồ tư duy.</w:t>
            </w:r>
          </w:p>
          <w:p>
            <w:pPr>
              <w:spacing w:after="0"/>
            </w:pPr>
            <w:r>
              <w:rPr>
                <w:sz w:val="18"/>
              </w:rPr>
              <w:t>- Nêu được các chức năng đặc trưng của phần mềm soạn thảo; các lệnh định dạng kí tự, đoạn văn, trang.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thao tác tạo bảng, chèn, xoá hàng và cột.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sơ đồ tư duy và của phần mềm sơ đồ tư duy.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định dạng kí tự, đoạn văn bản và trang văn bản.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việc trình bày thông tin ở dạng bảng.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được thông tin dưới dạng sơ đồ tư duy bằng giấy bút hoặc phần mềm.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định dạng văn bản, trình bày trang văn bản và in.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ở dạng bảng bằng phần mềm soạn thảo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Tìm kiếm và thay thế; Thực hành tổng hợp: Hoàn thiện sổ lưu niệm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lệnh tìm kiếm và thay thế trong phần mềm soạn thảo.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công cụ tìm kiếm và thay thế khi chỉnh sửa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công cụ tìm kiếm và thay thế của phần mềm soạn thảo văn bản.</w:t>
            </w:r>
          </w:p>
          <w:p>
            <w:pPr>
              <w:spacing w:after="0"/>
            </w:pPr>
            <w:r>
              <w:rPr>
                <w:sz w:val="18"/>
              </w:rPr>
              <w:t>- Vận dụng tổng hợp kĩ năng soạn thảo, định dạng, trình bày bảng để hoàn thiện một sản phẩm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thuật toán; biết chương trình là mô tả thuật toán để máy tính thực hiện.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thuật toán đơn giản dưới dạng liệt kê hoặc sơ đồ khối.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thuật toán giải quyết một tình huống thực tế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cấu trúc điều khiển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Biết được ba cấu trúc điều khiển cơ bản: tuần tự, rẽ nhánh, lặp.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cấu trúc tuần tự, rẽ nhánh, lặp bằng sơ đồ khối.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thuật toán có cấu trúc rẽ nhánh, lặp cho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Chương trình máy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chương trình máy tính là bản mô tả thuật toán bằng ngôn ngữ mà máy tính hiểu và thực hiện được.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thuật toán và chương trình; xác định được kết quả của chương trình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6</dc:title>
  <dc:subject>Tin học 6 – Kết nối tri thức</dc:subject>
  <dc:creator>SmartTest</dc:creator>
  <cp:keywords>ma trận đề kiểm tra, bản đặc tả, tin học 6, cuối học kì ii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