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Phân số; Chủ đề 2 – Số thập phân; Chủ đề 3 – Những hình hình học cơ bản; Chủ đề 4 – Dữ liệu và xác suất thực nghiệm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khái niệm phân số. Phân số bằng nhau; So sánh phân số. Hỗn số dương; Phép cộng và phép trừ phân số; Phép nhân và phép chia phân số; Hai bài toán về phân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thập phân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thập phân; Tính toán với số thập phân; Làm tròn và ước lượng; Một số bài toán về tỉ số và tỉ số phần trăm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Những hình hình học cơ bản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Điểm và đường thẳng; Điểm nằm giữa hai điểm. Tia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Đoạn thẳng. Độ dài đoạn thẳng; Trung điểm của đoạn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Góc; Số đo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Dữ liệu và xác suất thực nghiệm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và thu thập dữ liệu; Bảng thống kê và biểu đồ tranh; Biểu đồ cột; Biểu đồ cột kép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quả có thể và sự kiện trong trò chơi, thí nghiệm; Xác suất thực nghiệm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rộng khái niệm phân số. Phân số bằng nhau; So sánh phân số. Hỗn số dương; Phép cộng và phép trừ phân số; Phép nhân và phép chia phân số; Hai bài toán về phân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phân số với tử số hoặc mẫu số là số nguyên âm; hai phân số bằng nhau; hỗn số dương.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đối, phân số nghịch đảo; quy tắc cộng, trừ, nhân, chia phân số.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tìm giá trị phân số của một số và tìm một số khi biết giá trị phân số của nó.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chất cơ bản của phân số để rút gọn, quy đồng mẫu số; so sánh được hai phân số.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tính cộng, trừ, nhân, chia với phân số; vận dụng tính chất các phép tính để tính nhanh, tính hợp lí.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phân số của một số cho trước; tìm được một số khi biết giá trị một phân số của nó.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việc so sánh phân số vào tình huống thực tiễn đơn giản.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về phân số để giải quyết bài toán thực tiễn.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hai bài toán về phân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thập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thập phân; Tính toán với số thập phân; Làm tròn và ước lượng; Một số bài toán về tỉ số và tỉ số phần trăm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thập phân âm, số đối của một số thập phân; thứ tự các số thập phân.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làm tròn số thập phân; tỉ số, tỉ số phần trăm của hai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số thập phân để giải quyết bài toán thực tiễn.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về tỉ số, tỉ số phần trăm (lãi suất, giảm giá, thành phần các chất…).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Những hình hình học cơ bản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Điểm và đường thẳng; Điểm nằm giữa hai điểm. Tia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điểm thuộc, không thuộc đường thẳng; ba điểm thẳng hàng; điểm nằm giữa hai điểm; tia, hai tia đối nhau.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Đoạn thẳng. Độ dài đoạn thẳng; Trung điểm của đoạn thẳng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đoạn thẳng, độ dài đoạn thẳng; trung điểm của đoạn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độ dài đoạn thẳng dựa vào điểm nằm giữa, trung điểm; so sánh được hai đoạn thẳng.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Góc; Số đo góc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góc, đỉnh và cạnh của góc, điểm trong của góc; góc vuông, góc nhọn, góc tù, góc bẹt.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Đo được góc bằng thước đo góc; vẽ được góc có số đo cho trước; so sánh được hai góc.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số đo góc vào tình huống thực tiễn (góc giữa hai kim đồng hồ, góc nghiêng…).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Dữ liệu và xác suất thực nghiệm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Dữ liệu và thu thập dữ liệu; Bảng thống kê và biểu đồ tranh; Biểu đồ cột; Biểu đồ cột kép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dữ liệu là số và không là số; đọc được dữ liệu từ bảng thống kê, biểu đồ tranh, biểu đồ cột, biểu đồ cột kép.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dữ liệu vào bảng, biểu đồ tranh, biểu đồ cột, biểu đồ cột kép; nhận ra tính hợp lí của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quả có thể và sự kiện trong trò chơi, thí nghiệm; Xác suất thực nghiệm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kết quả có thể, sự kiện xảy ra hay không xảy ra trong trò chơi, thí nghiệm đơn giản.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xác suất thực nghiệm khả năng xảy ra của một sự kiện trong một số mô hình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xác suất thực nghiệm để dự đoán khả năng xảy ra sự kiện trong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6</dc:title>
  <dc:subject>Toán 6 – Kết nối tri thức</dc:subject>
  <dc:creator>SmartTest</dc:creator>
  <cp:keywords>ma trận đề kiểm tra, bản đặc tả, toán 6, cuối học kì ii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