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Nhà ở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Nhà ở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nhà ở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Xây dựng nhà ở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Ngôi nhà thông minh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Nhà ở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nhà ở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và đặc điểm chung của nhà ở; kể được một số kiểu kiến trúc nhà ở đặc trưng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kiểu nhà ở đặc trưng theo vùng miền, điều kiện tự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đặc điểm kiến trúc ngôi nhà ở gia đình, địa phương em.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Xây dựng nhà ở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vật liệu xây dựng nhà ở; nêu được các bước chính để xây dựng một ngôi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Sắp xếp đúng trình tự các bước xây dựng nhà ở; giải thích được vai trò của vật liệu xây dựng.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vật liệu xây dựng phù hợp cho một ngôi nhà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Ngôi nhà thông minh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ngôi nhà thông minh; kể tên được một số hệ thống trong ngôi nhà thông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những đặc điểm của ngôi nhà thông minh; giải thích được các biện pháp sử dụng năng lượng tiết kiệm, hiệu quả.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việc làm cụ thể để sử dụng năng lượng trong gia đình tiết kiệm, hiệu quả.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6</dc:title>
  <dc:subject>Công nghệ 6 – Kết nối tri thức</dc:subject>
  <dc:creator>SmartTest</dc:creator>
  <cp:keywords>ma trận đề kiểm tra, bản đặc tả, công nghệ 6, giữa học kì 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