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VÀ ĐỊA LÍ 6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Lịch sử: Vì sao phải học lịch sử?; Chủ đề 2 – Lịch sử: Xã hội nguyên thuỷ; Chủ đề 3 – Địa lí: Bản đồ – phương tiện thể hiện bề mặt Trái Đất; Chủ đề 4 – Địa lí: Trái Đất – hành tinh của hệ Mặt Trời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Vì sao phải học lịch sử?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Lịch sử và cuộc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Dựa vào đâu để biết và phục dựng lại lịch sử?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Thời gian trong lịch sử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Xã hội nguyên thuỷ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Nguồn gốc loài người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Xã hội nguyên thuỷ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chuyển biến và phân hoá của xã hội nguyên thuỷ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Bản đồ – phương tiện thể hiện bề mặt Trái Đất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kinh, vĩ tuyến. Toạ độ địa lí; Bản đồ. Một số lưới kinh, vĩ tuyến. Phương hướng trên bản đồ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Tỉ lệ bản đồ. Tính khoảng cách thực tế dựa vào tỉ lệ bản đồ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Kí hiệu và bảng chú giải bản đồ. Tìm đường đi trên bản đồ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Lược đồ trí nhớ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Trái Đất – hành tinh của hệ Mặt Trời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Trái Đất trong hệ Mặt Trời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Chuyển động tự quay quanh trục của Trái Đất và hệ quả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Vì sao phải học lịch sử?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Lịch sử và cuộc sống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lịch sử và môn Lịch sử.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cần thiết phải học môn Lịch sử.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vai trò của hiểu biết lịch sử đối với cuộc sống của bản thân.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Dựa vào đâu để biết và phục dựng lại lịch sử?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diện được các loại tư liệu lịch sử: tư liệu truyền miệng, tư liệu hiện vật, tư liệu chữ viết.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nguồn tư liệu và giá trị của tư liệu gốc.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Thời gian trong lịch sử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cách tính thời gian theo âm lịch, dương lịch; các khái niệm thập kỉ, thế kỉ, thiên niên kỉ, trước Công nguyên, Công nguyên.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Lịch sử: Xã hội nguyên thuỷ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Nguồn gốc loài người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trên lược đồ những dấu tích của người tối cổ ở Đông Nam Á và Việt Nam.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Xã hội nguyên thuỷ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đời sống của người nguyên thuỷ trên đất nước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vai trò của lao động đối với sự phát triển của người nguyên thuỷ và con người ngày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chuyển biến và phân hoá của xã hội nguyên thuỷ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phát hiện ra kim loại và vai trò của kim loại đối với sự chuyển biến của xã hội nguyên thuỷ.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sự hình thành xã hội có giai cấp; giải thích được vì sao xã hội nguyên thuỷ tan rã.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Bản đồ – phương tiện thể hiện bề mặt Trái Đất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kinh, vĩ tuyến. Toạ độ địa lí; Bản đồ. Một số lưới kinh, vĩ tuyến. Phương hướng trên bản đồ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kinh tuyến, vĩ tuyến, kinh tuyến gốc, vĩ tuyến gốc; các bán cầu.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bản đồ; một số lưới kinh, vĩ tuyến của bản đồ thế giới.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Ghi được toạ độ địa lí của một địa điểm trên bản đồ.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hướng từ một địa điểm đến một địa điểm khác trên bản đồ.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Tỉ lệ bản đồ. Tính khoảng cách thực tế dựa vào tỉ lệ bản đồ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tỉ lệ số và tỉ lệ thước.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Kí hiệu và bảng chú giải bản đồ. Tìm đường đi trên bản đồ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một số kí hiệu bản đồ và bảng chú giải bản đồ.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Đọc được các kí hiệu và chú giải trên bản đồ hành chính, bản đồ địa hình.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Lược đồ trí nhớ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lược đồ trí nhớ.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Vẽ được lược đồ trí nhớ thể hiện đường đi từ nhà đến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Địa lí: Trái Đất – hành tinh của hệ Mặt Trời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Trái Đất trong hệ Mặt Trời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vị trí của Trái Đất trong hệ Mặt Trời; nêu được hình dạng, kích thước Trái Đất.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được ý nghĩa của vị trí thứ ba tính từ Mặt Trời đối với sự sống trên Trái Đất.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Chuyển động tự quay quanh trục của Trái Đất và hệ quả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Mô tả được chuyển động tự quay quanh trục của Trái Đất (hướng, thời gian).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smarttest.vn/vi/ma-tran-de-kiem-tra/lop-6/lich-su-dia-li/giua-ki-1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lich-su-dia-li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Lịch sử và Địa lí 6</dc:title>
  <dc:subject>Lịch sử và Địa lí 6 – Kết nối tri thức</dc:subject>
  <dc:creator>SmartTest</dc:creator>
  <cp:keywords>ma trận đề kiểm tra, bản đặc tả, lịch sử và địa lí 6, giữa học kì i</cp:keywords>
  <dc:description/>
  <cp:lastModifiedBy>SmartTest</cp:lastModifiedBy>
  <cp:revision>1</cp:revision>
  <dcterms:created xsi:type="dcterms:W3CDTF">2026-10-30T05:27:58Z</dcterms:created>
  <dcterms:modified xsi:type="dcterms:W3CDTF">2026-10-30T05:27:58Z</dcterms:modified>
  <cp:category/>
</cp:coreProperties>
</file>